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9CD50C" w14:textId="77777777" w:rsidR="00F05150" w:rsidRDefault="008B0F0F">
      <w:pPr>
        <w:jc w:val="center"/>
      </w:pPr>
      <w:r>
        <w:rPr>
          <w:b/>
          <w:sz w:val="32"/>
        </w:rPr>
        <w:t>DOCTORAL MOBILITY WORK PLAN</w:t>
      </w:r>
      <w:r>
        <w:rPr>
          <w:b/>
          <w:sz w:val="32"/>
        </w:rPr>
        <w:br/>
      </w:r>
      <w:r>
        <w:t>Annex to the Erasmus+ Online Learning Agreement</w:t>
      </w:r>
    </w:p>
    <w:p w14:paraId="13A60734" w14:textId="77777777" w:rsidR="00F05150" w:rsidRDefault="008B0F0F" w:rsidP="00E207F0">
      <w:pPr>
        <w:pStyle w:val="Nadpis2"/>
        <w:spacing w:before="480" w:after="240" w:line="240" w:lineRule="auto"/>
        <w:ind w:left="-567"/>
      </w:pPr>
      <w:r>
        <w:t>A. PARTICIPANT INFORMATION</w:t>
      </w:r>
    </w:p>
    <w:tbl>
      <w:tblPr>
        <w:tblStyle w:val="Mkatabulky"/>
        <w:tblW w:w="9639" w:type="dxa"/>
        <w:tblInd w:w="-459" w:type="dxa"/>
        <w:tblLook w:val="04A0" w:firstRow="1" w:lastRow="0" w:firstColumn="1" w:lastColumn="0" w:noHBand="0" w:noVBand="1"/>
      </w:tblPr>
      <w:tblGrid>
        <w:gridCol w:w="3969"/>
        <w:gridCol w:w="5670"/>
      </w:tblGrid>
      <w:tr w:rsidR="00F05150" w14:paraId="41143799" w14:textId="77777777" w:rsidTr="00A31EF5">
        <w:trPr>
          <w:trHeight w:val="340"/>
        </w:trPr>
        <w:tc>
          <w:tcPr>
            <w:tcW w:w="3969" w:type="dxa"/>
            <w:vAlign w:val="center"/>
          </w:tcPr>
          <w:p w14:paraId="636F0133" w14:textId="77777777" w:rsidR="00F05150" w:rsidRPr="00A31EF5" w:rsidRDefault="008B0F0F" w:rsidP="00E207F0">
            <w:pPr>
              <w:spacing w:before="40" w:after="40"/>
              <w:rPr>
                <w:b/>
                <w:bCs/>
              </w:rPr>
            </w:pPr>
            <w:r w:rsidRPr="00A31EF5">
              <w:rPr>
                <w:b/>
                <w:bCs/>
              </w:rPr>
              <w:t>Student Name</w:t>
            </w:r>
          </w:p>
        </w:tc>
        <w:sdt>
          <w:sdtPr>
            <w:id w:val="-1663228310"/>
            <w:placeholder>
              <w:docPart w:val="DefaultPlaceholder_-1854013440"/>
            </w:placeholder>
            <w:showingPlcHdr/>
          </w:sdtPr>
          <w:sdtContent>
            <w:tc>
              <w:tcPr>
                <w:tcW w:w="5670" w:type="dxa"/>
                <w:vAlign w:val="center"/>
              </w:tcPr>
              <w:p w14:paraId="348DDAEB" w14:textId="1F3BC09F" w:rsidR="00F05150" w:rsidRDefault="00A31EF5" w:rsidP="00E207F0">
                <w:pPr>
                  <w:spacing w:before="40" w:after="40"/>
                </w:pPr>
                <w:r w:rsidRPr="00DB3F06">
                  <w:rPr>
                    <w:rStyle w:val="Zstupntext"/>
                  </w:rPr>
                  <w:t>Klikněte nebo klepněte sem a zadejte text.</w:t>
                </w:r>
              </w:p>
            </w:tc>
          </w:sdtContent>
        </w:sdt>
      </w:tr>
      <w:tr w:rsidR="00F05150" w14:paraId="5E622C39" w14:textId="77777777" w:rsidTr="00A31EF5">
        <w:trPr>
          <w:trHeight w:val="340"/>
        </w:trPr>
        <w:tc>
          <w:tcPr>
            <w:tcW w:w="3969" w:type="dxa"/>
            <w:vAlign w:val="center"/>
          </w:tcPr>
          <w:p w14:paraId="3FA5B456" w14:textId="77777777" w:rsidR="00F05150" w:rsidRPr="00A31EF5" w:rsidRDefault="008B0F0F" w:rsidP="00E207F0">
            <w:pPr>
              <w:spacing w:before="40" w:after="40"/>
              <w:rPr>
                <w:b/>
                <w:bCs/>
              </w:rPr>
            </w:pPr>
            <w:r w:rsidRPr="00A31EF5">
              <w:rPr>
                <w:b/>
                <w:bCs/>
              </w:rPr>
              <w:t>Student ID</w:t>
            </w:r>
          </w:p>
        </w:tc>
        <w:sdt>
          <w:sdtPr>
            <w:id w:val="-1198162408"/>
            <w:placeholder>
              <w:docPart w:val="DefaultPlaceholder_-1854013440"/>
            </w:placeholder>
            <w:showingPlcHdr/>
          </w:sdtPr>
          <w:sdtContent>
            <w:tc>
              <w:tcPr>
                <w:tcW w:w="5670" w:type="dxa"/>
                <w:vAlign w:val="center"/>
              </w:tcPr>
              <w:p w14:paraId="53041338" w14:textId="5FD719F0" w:rsidR="00F05150" w:rsidRDefault="00A31EF5" w:rsidP="00E207F0">
                <w:pPr>
                  <w:spacing w:before="40" w:after="40"/>
                </w:pPr>
                <w:r w:rsidRPr="00DB3F06">
                  <w:rPr>
                    <w:rStyle w:val="Zstupntext"/>
                  </w:rPr>
                  <w:t>Klikněte nebo klepněte sem a zadejte text.</w:t>
                </w:r>
              </w:p>
            </w:tc>
          </w:sdtContent>
        </w:sdt>
      </w:tr>
      <w:tr w:rsidR="00F05150" w14:paraId="6AE720A7" w14:textId="77777777" w:rsidTr="00A31EF5">
        <w:trPr>
          <w:trHeight w:val="340"/>
        </w:trPr>
        <w:tc>
          <w:tcPr>
            <w:tcW w:w="3969" w:type="dxa"/>
            <w:vAlign w:val="center"/>
          </w:tcPr>
          <w:p w14:paraId="77478196" w14:textId="77777777" w:rsidR="00F05150" w:rsidRPr="00A31EF5" w:rsidRDefault="008B0F0F" w:rsidP="00E207F0">
            <w:pPr>
              <w:spacing w:before="40" w:after="40"/>
              <w:rPr>
                <w:b/>
                <w:bCs/>
              </w:rPr>
            </w:pPr>
            <w:r w:rsidRPr="00A31EF5">
              <w:rPr>
                <w:b/>
                <w:bCs/>
              </w:rPr>
              <w:t>Doctoral Study Programme</w:t>
            </w:r>
          </w:p>
        </w:tc>
        <w:sdt>
          <w:sdtPr>
            <w:id w:val="-780647543"/>
            <w:placeholder>
              <w:docPart w:val="DefaultPlaceholder_-1854013440"/>
            </w:placeholder>
            <w:showingPlcHdr/>
          </w:sdtPr>
          <w:sdtContent>
            <w:tc>
              <w:tcPr>
                <w:tcW w:w="5670" w:type="dxa"/>
                <w:vAlign w:val="center"/>
              </w:tcPr>
              <w:p w14:paraId="0D435380" w14:textId="21DAE0DB" w:rsidR="00F05150" w:rsidRDefault="00A31EF5" w:rsidP="00E207F0">
                <w:pPr>
                  <w:spacing w:before="40" w:after="40"/>
                </w:pPr>
                <w:r w:rsidRPr="00DB3F06">
                  <w:rPr>
                    <w:rStyle w:val="Zstupntext"/>
                  </w:rPr>
                  <w:t>Klikněte nebo klepněte sem a zadejte text.</w:t>
                </w:r>
              </w:p>
            </w:tc>
          </w:sdtContent>
        </w:sdt>
      </w:tr>
      <w:tr w:rsidR="00F05150" w14:paraId="1BFA784D" w14:textId="77777777" w:rsidTr="00A31EF5">
        <w:trPr>
          <w:trHeight w:val="340"/>
        </w:trPr>
        <w:tc>
          <w:tcPr>
            <w:tcW w:w="3969" w:type="dxa"/>
            <w:vAlign w:val="center"/>
          </w:tcPr>
          <w:p w14:paraId="3FDC87A0" w14:textId="77777777" w:rsidR="00F05150" w:rsidRPr="00A31EF5" w:rsidRDefault="008B0F0F" w:rsidP="00E207F0">
            <w:pPr>
              <w:spacing w:before="40" w:after="40"/>
              <w:rPr>
                <w:b/>
                <w:bCs/>
              </w:rPr>
            </w:pPr>
            <w:r w:rsidRPr="00A31EF5">
              <w:rPr>
                <w:b/>
                <w:bCs/>
              </w:rPr>
              <w:t>Faculty</w:t>
            </w:r>
          </w:p>
        </w:tc>
        <w:sdt>
          <w:sdtPr>
            <w:id w:val="-1443987236"/>
            <w:placeholder>
              <w:docPart w:val="DefaultPlaceholder_-1854013440"/>
            </w:placeholder>
            <w:showingPlcHdr/>
          </w:sdtPr>
          <w:sdtContent>
            <w:tc>
              <w:tcPr>
                <w:tcW w:w="5670" w:type="dxa"/>
                <w:vAlign w:val="center"/>
              </w:tcPr>
              <w:p w14:paraId="0A4BE0C4" w14:textId="6BE2BE8B" w:rsidR="00F05150" w:rsidRDefault="00A31EF5" w:rsidP="00E207F0">
                <w:pPr>
                  <w:spacing w:before="40" w:after="40"/>
                </w:pPr>
                <w:r w:rsidRPr="00DB3F06">
                  <w:rPr>
                    <w:rStyle w:val="Zstupntext"/>
                  </w:rPr>
                  <w:t>Klikněte nebo klepněte sem a zadejte text.</w:t>
                </w:r>
              </w:p>
            </w:tc>
          </w:sdtContent>
        </w:sdt>
      </w:tr>
      <w:tr w:rsidR="00F05150" w14:paraId="306EE835" w14:textId="77777777" w:rsidTr="00A31EF5">
        <w:trPr>
          <w:trHeight w:val="340"/>
        </w:trPr>
        <w:tc>
          <w:tcPr>
            <w:tcW w:w="3969" w:type="dxa"/>
            <w:vAlign w:val="center"/>
          </w:tcPr>
          <w:p w14:paraId="72E5E52E" w14:textId="77777777" w:rsidR="00F05150" w:rsidRPr="00A31EF5" w:rsidRDefault="008B0F0F" w:rsidP="00E207F0">
            <w:pPr>
              <w:spacing w:before="40" w:after="40"/>
              <w:rPr>
                <w:b/>
                <w:bCs/>
              </w:rPr>
            </w:pPr>
            <w:r w:rsidRPr="00A31EF5">
              <w:rPr>
                <w:b/>
                <w:bCs/>
              </w:rPr>
              <w:t>Home Institution</w:t>
            </w:r>
          </w:p>
        </w:tc>
        <w:tc>
          <w:tcPr>
            <w:tcW w:w="5670" w:type="dxa"/>
            <w:vAlign w:val="center"/>
          </w:tcPr>
          <w:p w14:paraId="7896134A" w14:textId="77777777" w:rsidR="00F05150" w:rsidRDefault="008B0F0F" w:rsidP="00E207F0">
            <w:pPr>
              <w:spacing w:before="40" w:after="40"/>
            </w:pPr>
            <w:r>
              <w:t>University of South Bohemia in České Budějovice</w:t>
            </w:r>
          </w:p>
        </w:tc>
      </w:tr>
      <w:tr w:rsidR="00F05150" w14:paraId="1E3650B7" w14:textId="77777777" w:rsidTr="00A31EF5">
        <w:trPr>
          <w:trHeight w:val="340"/>
        </w:trPr>
        <w:tc>
          <w:tcPr>
            <w:tcW w:w="3969" w:type="dxa"/>
            <w:vAlign w:val="center"/>
          </w:tcPr>
          <w:p w14:paraId="29CF0981" w14:textId="77777777" w:rsidR="00F05150" w:rsidRPr="00A31EF5" w:rsidRDefault="008B0F0F" w:rsidP="00E207F0">
            <w:pPr>
              <w:spacing w:before="40" w:after="40"/>
              <w:rPr>
                <w:b/>
                <w:bCs/>
              </w:rPr>
            </w:pPr>
            <w:r w:rsidRPr="00A31EF5">
              <w:rPr>
                <w:b/>
                <w:bCs/>
              </w:rPr>
              <w:t>Title of Dissertation Thesis</w:t>
            </w:r>
          </w:p>
        </w:tc>
        <w:sdt>
          <w:sdtPr>
            <w:id w:val="-266076032"/>
            <w:placeholder>
              <w:docPart w:val="DefaultPlaceholder_-1854013440"/>
            </w:placeholder>
            <w:showingPlcHdr/>
          </w:sdtPr>
          <w:sdtContent>
            <w:tc>
              <w:tcPr>
                <w:tcW w:w="5670" w:type="dxa"/>
                <w:vAlign w:val="center"/>
              </w:tcPr>
              <w:p w14:paraId="06AC61F3" w14:textId="3A71D42A" w:rsidR="00F05150" w:rsidRDefault="00A31EF5" w:rsidP="00E207F0">
                <w:pPr>
                  <w:spacing w:before="40" w:after="40"/>
                </w:pPr>
                <w:r w:rsidRPr="00DB3F06">
                  <w:rPr>
                    <w:rStyle w:val="Zstupntext"/>
                  </w:rPr>
                  <w:t>Klikněte nebo klepněte sem a zadejte text.</w:t>
                </w:r>
              </w:p>
            </w:tc>
          </w:sdtContent>
        </w:sdt>
      </w:tr>
      <w:tr w:rsidR="00F05150" w14:paraId="0344CE34" w14:textId="77777777" w:rsidTr="00A31EF5">
        <w:trPr>
          <w:trHeight w:val="340"/>
        </w:trPr>
        <w:tc>
          <w:tcPr>
            <w:tcW w:w="3969" w:type="dxa"/>
            <w:vAlign w:val="center"/>
          </w:tcPr>
          <w:p w14:paraId="24C3411E" w14:textId="77777777" w:rsidR="00F05150" w:rsidRPr="00A31EF5" w:rsidRDefault="008B0F0F" w:rsidP="00E207F0">
            <w:pPr>
              <w:spacing w:before="40" w:after="40"/>
              <w:rPr>
                <w:b/>
                <w:bCs/>
              </w:rPr>
            </w:pPr>
            <w:r w:rsidRPr="00A31EF5">
              <w:rPr>
                <w:b/>
                <w:bCs/>
              </w:rPr>
              <w:t>Home Supervisor</w:t>
            </w:r>
          </w:p>
        </w:tc>
        <w:sdt>
          <w:sdtPr>
            <w:id w:val="-1426952281"/>
            <w:placeholder>
              <w:docPart w:val="DefaultPlaceholder_-1854013440"/>
            </w:placeholder>
            <w:showingPlcHdr/>
          </w:sdtPr>
          <w:sdtContent>
            <w:tc>
              <w:tcPr>
                <w:tcW w:w="5670" w:type="dxa"/>
                <w:vAlign w:val="center"/>
              </w:tcPr>
              <w:p w14:paraId="71A5DE0F" w14:textId="523BCE67" w:rsidR="00F05150" w:rsidRDefault="00A31EF5" w:rsidP="00E207F0">
                <w:pPr>
                  <w:spacing w:before="40" w:after="40"/>
                </w:pPr>
                <w:r w:rsidRPr="00DB3F06">
                  <w:rPr>
                    <w:rStyle w:val="Zstupntext"/>
                  </w:rPr>
                  <w:t>Klikněte nebo klepněte sem a zadejte text.</w:t>
                </w:r>
              </w:p>
            </w:tc>
          </w:sdtContent>
        </w:sdt>
      </w:tr>
      <w:tr w:rsidR="00F05150" w14:paraId="2AD40B2D" w14:textId="77777777" w:rsidTr="00A31EF5">
        <w:trPr>
          <w:trHeight w:val="340"/>
        </w:trPr>
        <w:tc>
          <w:tcPr>
            <w:tcW w:w="3969" w:type="dxa"/>
            <w:vAlign w:val="center"/>
          </w:tcPr>
          <w:p w14:paraId="01A751F9" w14:textId="77777777" w:rsidR="00F05150" w:rsidRPr="00A31EF5" w:rsidRDefault="008B0F0F" w:rsidP="00E207F0">
            <w:pPr>
              <w:spacing w:before="40" w:after="40"/>
              <w:rPr>
                <w:b/>
                <w:bCs/>
              </w:rPr>
            </w:pPr>
            <w:r w:rsidRPr="00A31EF5">
              <w:rPr>
                <w:b/>
                <w:bCs/>
              </w:rPr>
              <w:t>Mobility Period</w:t>
            </w:r>
          </w:p>
        </w:tc>
        <w:tc>
          <w:tcPr>
            <w:tcW w:w="5670" w:type="dxa"/>
            <w:vAlign w:val="center"/>
          </w:tcPr>
          <w:p w14:paraId="0B006FF7" w14:textId="450AE36E" w:rsidR="00F05150" w:rsidRPr="00E207F0" w:rsidRDefault="008B0F0F" w:rsidP="00E207F0">
            <w:pPr>
              <w:spacing w:before="40" w:after="40"/>
              <w:rPr>
                <w:b/>
                <w:bCs/>
              </w:rPr>
            </w:pPr>
            <w:r w:rsidRPr="00E207F0">
              <w:t>From</w:t>
            </w:r>
            <w:r w:rsidRPr="00E207F0">
              <w:rPr>
                <w:b/>
                <w:bCs/>
              </w:rPr>
              <w:t xml:space="preserve"> </w:t>
            </w:r>
            <w:r w:rsidR="00A31EF5" w:rsidRPr="00E207F0">
              <w:rPr>
                <w:b/>
                <w:bCs/>
                <w:sz w:val="23"/>
                <w:szCs w:val="23"/>
              </w:rPr>
              <w:t>dd/mm/yyyy</w:t>
            </w:r>
            <w:r w:rsidR="00A31EF5" w:rsidRPr="00E207F0">
              <w:rPr>
                <w:b/>
                <w:bCs/>
              </w:rPr>
              <w:t xml:space="preserve"> </w:t>
            </w:r>
            <w:r w:rsidR="00A31EF5" w:rsidRPr="00E207F0">
              <w:t>t</w:t>
            </w:r>
            <w:r w:rsidRPr="00E207F0">
              <w:t>o</w:t>
            </w:r>
            <w:r w:rsidRPr="00E207F0">
              <w:rPr>
                <w:b/>
                <w:bCs/>
              </w:rPr>
              <w:t xml:space="preserve"> </w:t>
            </w:r>
            <w:r w:rsidR="00A31EF5" w:rsidRPr="00E207F0">
              <w:rPr>
                <w:b/>
                <w:bCs/>
                <w:sz w:val="23"/>
                <w:szCs w:val="23"/>
              </w:rPr>
              <w:t>dd/mm/yyyy</w:t>
            </w:r>
          </w:p>
        </w:tc>
      </w:tr>
    </w:tbl>
    <w:p w14:paraId="23BD89C2" w14:textId="77777777" w:rsidR="00F05150" w:rsidRDefault="008B0F0F" w:rsidP="00E207F0">
      <w:pPr>
        <w:pStyle w:val="Nadpis2"/>
        <w:spacing w:before="360" w:after="240" w:line="240" w:lineRule="auto"/>
        <w:ind w:left="-567"/>
      </w:pPr>
      <w:r>
        <w:t>B. RECEIVING INSTITUTION</w:t>
      </w:r>
    </w:p>
    <w:tbl>
      <w:tblPr>
        <w:tblStyle w:val="Mkatabulky"/>
        <w:tblW w:w="9639" w:type="dxa"/>
        <w:tblInd w:w="-459" w:type="dxa"/>
        <w:tblLook w:val="04A0" w:firstRow="1" w:lastRow="0" w:firstColumn="1" w:lastColumn="0" w:noHBand="0" w:noVBand="1"/>
      </w:tblPr>
      <w:tblGrid>
        <w:gridCol w:w="3969"/>
        <w:gridCol w:w="5670"/>
      </w:tblGrid>
      <w:tr w:rsidR="00F05150" w14:paraId="2FF121AA" w14:textId="77777777" w:rsidTr="00A31EF5">
        <w:trPr>
          <w:trHeight w:val="340"/>
        </w:trPr>
        <w:tc>
          <w:tcPr>
            <w:tcW w:w="3969" w:type="dxa"/>
            <w:vAlign w:val="center"/>
          </w:tcPr>
          <w:p w14:paraId="395A9D4F" w14:textId="77777777" w:rsidR="00F05150" w:rsidRPr="00A31EF5" w:rsidRDefault="008B0F0F" w:rsidP="00E207F0">
            <w:pPr>
              <w:spacing w:before="40" w:after="40"/>
              <w:rPr>
                <w:b/>
                <w:bCs/>
              </w:rPr>
            </w:pPr>
            <w:r w:rsidRPr="00A31EF5">
              <w:rPr>
                <w:b/>
                <w:bCs/>
              </w:rPr>
              <w:t>Receiving Institution</w:t>
            </w:r>
          </w:p>
        </w:tc>
        <w:sdt>
          <w:sdtPr>
            <w:id w:val="781231328"/>
            <w:placeholder>
              <w:docPart w:val="DefaultPlaceholder_-1854013440"/>
            </w:placeholder>
            <w:showingPlcHdr/>
          </w:sdtPr>
          <w:sdtContent>
            <w:tc>
              <w:tcPr>
                <w:tcW w:w="5670" w:type="dxa"/>
                <w:vAlign w:val="center"/>
              </w:tcPr>
              <w:p w14:paraId="6451C4A0" w14:textId="44961D64" w:rsidR="00F05150" w:rsidRDefault="00A31EF5" w:rsidP="00E207F0">
                <w:pPr>
                  <w:spacing w:before="40" w:after="40"/>
                </w:pPr>
                <w:r w:rsidRPr="00DB3F06">
                  <w:rPr>
                    <w:rStyle w:val="Zstupntext"/>
                  </w:rPr>
                  <w:t>Klikněte nebo klepněte sem a zadejte text.</w:t>
                </w:r>
              </w:p>
            </w:tc>
          </w:sdtContent>
        </w:sdt>
      </w:tr>
      <w:tr w:rsidR="00F05150" w14:paraId="23EFD0FA" w14:textId="77777777" w:rsidTr="00A31EF5">
        <w:trPr>
          <w:trHeight w:val="340"/>
        </w:trPr>
        <w:tc>
          <w:tcPr>
            <w:tcW w:w="3969" w:type="dxa"/>
            <w:vAlign w:val="center"/>
          </w:tcPr>
          <w:p w14:paraId="50A5540B" w14:textId="5CDA07D2" w:rsidR="00F05150" w:rsidRPr="00A31EF5" w:rsidRDefault="008B0F0F" w:rsidP="00E207F0">
            <w:pPr>
              <w:spacing w:before="40" w:after="40"/>
              <w:rPr>
                <w:b/>
                <w:bCs/>
              </w:rPr>
            </w:pPr>
            <w:r w:rsidRPr="00A31EF5">
              <w:rPr>
                <w:b/>
                <w:bCs/>
              </w:rPr>
              <w:t xml:space="preserve">Faculty / Department </w:t>
            </w:r>
          </w:p>
        </w:tc>
        <w:sdt>
          <w:sdtPr>
            <w:id w:val="-343246174"/>
            <w:placeholder>
              <w:docPart w:val="DefaultPlaceholder_-1854013440"/>
            </w:placeholder>
            <w:showingPlcHdr/>
          </w:sdtPr>
          <w:sdtContent>
            <w:tc>
              <w:tcPr>
                <w:tcW w:w="5670" w:type="dxa"/>
                <w:vAlign w:val="center"/>
              </w:tcPr>
              <w:p w14:paraId="7196094D" w14:textId="7206DB12" w:rsidR="00F05150" w:rsidRDefault="00A31EF5" w:rsidP="00E207F0">
                <w:pPr>
                  <w:spacing w:before="40" w:after="40"/>
                </w:pPr>
                <w:r w:rsidRPr="00DB3F06">
                  <w:rPr>
                    <w:rStyle w:val="Zstupntext"/>
                  </w:rPr>
                  <w:t>Klikněte nebo klepněte sem a zadejte text.</w:t>
                </w:r>
              </w:p>
            </w:tc>
          </w:sdtContent>
        </w:sdt>
      </w:tr>
      <w:tr w:rsidR="00F05150" w14:paraId="7F3C5E3C" w14:textId="77777777" w:rsidTr="00A31EF5">
        <w:trPr>
          <w:trHeight w:val="340"/>
        </w:trPr>
        <w:tc>
          <w:tcPr>
            <w:tcW w:w="3969" w:type="dxa"/>
            <w:vAlign w:val="center"/>
          </w:tcPr>
          <w:p w14:paraId="4230BFFE" w14:textId="77777777" w:rsidR="00F05150" w:rsidRPr="00A31EF5" w:rsidRDefault="008B0F0F" w:rsidP="00E207F0">
            <w:pPr>
              <w:spacing w:before="40" w:after="40"/>
              <w:rPr>
                <w:b/>
                <w:bCs/>
              </w:rPr>
            </w:pPr>
            <w:r w:rsidRPr="00A31EF5">
              <w:rPr>
                <w:b/>
                <w:bCs/>
              </w:rPr>
              <w:t>Host Academic Supervisor</w:t>
            </w:r>
          </w:p>
        </w:tc>
        <w:sdt>
          <w:sdtPr>
            <w:id w:val="389074152"/>
            <w:placeholder>
              <w:docPart w:val="DefaultPlaceholder_-1854013440"/>
            </w:placeholder>
            <w:showingPlcHdr/>
          </w:sdtPr>
          <w:sdtContent>
            <w:tc>
              <w:tcPr>
                <w:tcW w:w="5670" w:type="dxa"/>
                <w:vAlign w:val="center"/>
              </w:tcPr>
              <w:p w14:paraId="63423D73" w14:textId="1FD729C2" w:rsidR="00F05150" w:rsidRDefault="00A31EF5" w:rsidP="00E207F0">
                <w:pPr>
                  <w:spacing w:before="40" w:after="40"/>
                </w:pPr>
                <w:r w:rsidRPr="00DB3F06">
                  <w:rPr>
                    <w:rStyle w:val="Zstupntext"/>
                  </w:rPr>
                  <w:t>Klikněte nebo klepněte sem a zadejte text.</w:t>
                </w:r>
              </w:p>
            </w:tc>
          </w:sdtContent>
        </w:sdt>
      </w:tr>
      <w:tr w:rsidR="00F05150" w14:paraId="574C1A41" w14:textId="77777777" w:rsidTr="00A31EF5">
        <w:trPr>
          <w:trHeight w:val="340"/>
        </w:trPr>
        <w:tc>
          <w:tcPr>
            <w:tcW w:w="3969" w:type="dxa"/>
            <w:vAlign w:val="center"/>
          </w:tcPr>
          <w:p w14:paraId="49F80E7F" w14:textId="77777777" w:rsidR="00F05150" w:rsidRPr="00A31EF5" w:rsidRDefault="008B0F0F" w:rsidP="00E207F0">
            <w:pPr>
              <w:spacing w:before="40" w:after="40"/>
              <w:rPr>
                <w:b/>
                <w:bCs/>
              </w:rPr>
            </w:pPr>
            <w:r w:rsidRPr="00A31EF5">
              <w:rPr>
                <w:b/>
                <w:bCs/>
              </w:rPr>
              <w:t>E-mail</w:t>
            </w:r>
          </w:p>
        </w:tc>
        <w:sdt>
          <w:sdtPr>
            <w:id w:val="-487703923"/>
            <w:placeholder>
              <w:docPart w:val="DefaultPlaceholder_-1854013440"/>
            </w:placeholder>
            <w:showingPlcHdr/>
          </w:sdtPr>
          <w:sdtContent>
            <w:tc>
              <w:tcPr>
                <w:tcW w:w="5670" w:type="dxa"/>
                <w:vAlign w:val="center"/>
              </w:tcPr>
              <w:p w14:paraId="4C50EACA" w14:textId="48D590F9" w:rsidR="00F05150" w:rsidRDefault="00A31EF5" w:rsidP="00E207F0">
                <w:pPr>
                  <w:spacing w:before="40" w:after="40"/>
                </w:pPr>
                <w:r w:rsidRPr="00DB3F06">
                  <w:rPr>
                    <w:rStyle w:val="Zstupntext"/>
                  </w:rPr>
                  <w:t>Klikněte nebo klepněte sem a zadejte text.</w:t>
                </w:r>
              </w:p>
            </w:tc>
          </w:sdtContent>
        </w:sdt>
      </w:tr>
    </w:tbl>
    <w:p w14:paraId="1D980569" w14:textId="77777777" w:rsidR="00F05150" w:rsidRDefault="008B0F0F" w:rsidP="00E207F0">
      <w:pPr>
        <w:pStyle w:val="Nadpis2"/>
        <w:spacing w:before="360" w:after="240" w:line="240" w:lineRule="auto"/>
        <w:ind w:left="-567"/>
      </w:pPr>
      <w:r>
        <w:t>C. PURPOSE OF MOBILITY</w:t>
      </w:r>
    </w:p>
    <w:p w14:paraId="6C143FCB" w14:textId="77777777" w:rsidR="00F05150" w:rsidRDefault="008B0F0F" w:rsidP="00A31EF5">
      <w:pPr>
        <w:ind w:left="-567"/>
      </w:pPr>
      <w:r>
        <w:t>The mobility is related to the doctoral candidate's dissertation research and Individual Study Plan.</w:t>
      </w:r>
    </w:p>
    <w:p w14:paraId="5FE046DB" w14:textId="210068EA" w:rsidR="00F05150" w:rsidRDefault="00A31EF5" w:rsidP="00A31EF5">
      <w:pPr>
        <w:spacing w:before="60" w:after="60" w:line="240" w:lineRule="auto"/>
        <w:ind w:left="-567"/>
      </w:pPr>
      <w:sdt>
        <w:sdtPr>
          <w:id w:val="1187632401"/>
          <w14:checkbox>
            <w14:checked w14:val="0"/>
            <w14:checkedState w14:val="2612" w14:font="MS Gothic"/>
            <w14:uncheckedState w14:val="2610" w14:font="MS Gothic"/>
          </w14:checkbox>
        </w:sdtPr>
        <w:sdtContent>
          <w:r w:rsidR="00183426">
            <w:rPr>
              <w:rFonts w:ascii="MS Gothic" w:eastAsia="MS Gothic" w:hAnsi="MS Gothic" w:hint="eastAsia"/>
            </w:rPr>
            <w:t>☐</w:t>
          </w:r>
        </w:sdtContent>
      </w:sdt>
      <w:r>
        <w:tab/>
      </w:r>
      <w:r>
        <w:tab/>
      </w:r>
      <w:r w:rsidR="00183426">
        <w:tab/>
      </w:r>
      <w:r w:rsidR="00183426">
        <w:tab/>
      </w:r>
      <w:r w:rsidR="00183426">
        <w:tab/>
      </w:r>
      <w:r w:rsidR="00183426">
        <w:tab/>
      </w:r>
      <w:r w:rsidR="00183426">
        <w:tab/>
      </w:r>
      <w:r w:rsidR="00183426">
        <w:tab/>
      </w:r>
      <w:r w:rsidR="00183426">
        <w:tab/>
      </w:r>
      <w:r w:rsidR="00183426">
        <w:tab/>
      </w:r>
      <w:r w:rsidR="00183426">
        <w:tab/>
      </w:r>
      <w:r w:rsidR="00183426">
        <w:tab/>
      </w:r>
      <w:r w:rsidR="00183426">
        <w:tab/>
      </w:r>
      <w:r w:rsidR="00183426">
        <w:tab/>
      </w:r>
      <w:r w:rsidR="008B0F0F">
        <w:t>Dissertation research</w:t>
      </w:r>
    </w:p>
    <w:p w14:paraId="3A0B1FFE" w14:textId="2166551C" w:rsidR="00F05150" w:rsidRDefault="00A31EF5" w:rsidP="00A31EF5">
      <w:pPr>
        <w:spacing w:before="60" w:after="60" w:line="240" w:lineRule="auto"/>
        <w:ind w:left="-567"/>
      </w:pPr>
      <w:sdt>
        <w:sdtPr>
          <w:id w:val="1385985346"/>
          <w14:checkbox>
            <w14:checked w14:val="0"/>
            <w14:checkedState w14:val="2612" w14:font="MS Gothic"/>
            <w14:uncheckedState w14:val="2610" w14:font="MS Gothic"/>
          </w14:checkbox>
        </w:sdtPr>
        <w:sdtContent>
          <w:r>
            <w:rPr>
              <w:rFonts w:ascii="MS Gothic" w:eastAsia="MS Gothic" w:hAnsi="MS Gothic" w:hint="eastAsia"/>
            </w:rPr>
            <w:t>☐</w:t>
          </w:r>
        </w:sdtContent>
      </w:sdt>
      <w:r>
        <w:tab/>
      </w:r>
      <w:r>
        <w:tab/>
      </w:r>
      <w:r w:rsidR="008B0F0F">
        <w:t>Academic consultations</w:t>
      </w:r>
    </w:p>
    <w:p w14:paraId="57D72458" w14:textId="5D32A6FC" w:rsidR="00F05150" w:rsidRDefault="00A31EF5" w:rsidP="00A31EF5">
      <w:pPr>
        <w:spacing w:before="60" w:after="60" w:line="240" w:lineRule="auto"/>
        <w:ind w:left="-567"/>
      </w:pPr>
      <w:sdt>
        <w:sdtPr>
          <w:id w:val="477036198"/>
          <w14:checkbox>
            <w14:checked w14:val="0"/>
            <w14:checkedState w14:val="2612" w14:font="MS Gothic"/>
            <w14:uncheckedState w14:val="2610" w14:font="MS Gothic"/>
          </w14:checkbox>
        </w:sdtPr>
        <w:sdtContent>
          <w:r>
            <w:rPr>
              <w:rFonts w:ascii="MS Gothic" w:eastAsia="MS Gothic" w:hAnsi="MS Gothic" w:hint="eastAsia"/>
            </w:rPr>
            <w:t>☐</w:t>
          </w:r>
        </w:sdtContent>
      </w:sdt>
      <w:r>
        <w:tab/>
      </w:r>
      <w:r>
        <w:tab/>
      </w:r>
      <w:r w:rsidR="008B0F0F">
        <w:t>Library research</w:t>
      </w:r>
    </w:p>
    <w:p w14:paraId="739A3256" w14:textId="4F422BEE" w:rsidR="00F05150" w:rsidRDefault="00A31EF5" w:rsidP="00A31EF5">
      <w:pPr>
        <w:spacing w:before="60" w:after="60" w:line="240" w:lineRule="auto"/>
        <w:ind w:left="-567"/>
      </w:pPr>
      <w:sdt>
        <w:sdtPr>
          <w:id w:val="-1944289646"/>
          <w14:checkbox>
            <w14:checked w14:val="0"/>
            <w14:checkedState w14:val="2612" w14:font="MS Gothic"/>
            <w14:uncheckedState w14:val="2610" w14:font="MS Gothic"/>
          </w14:checkbox>
        </w:sdtPr>
        <w:sdtContent>
          <w:r>
            <w:rPr>
              <w:rFonts w:ascii="MS Gothic" w:eastAsia="MS Gothic" w:hAnsi="MS Gothic" w:hint="eastAsia"/>
            </w:rPr>
            <w:t>☐</w:t>
          </w:r>
        </w:sdtContent>
      </w:sdt>
      <w:r>
        <w:tab/>
      </w:r>
      <w:r>
        <w:tab/>
      </w:r>
      <w:r w:rsidR="008B0F0F">
        <w:t>Archive research</w:t>
      </w:r>
    </w:p>
    <w:p w14:paraId="7D89FC6F" w14:textId="1D857989" w:rsidR="00F05150" w:rsidRDefault="00A31EF5" w:rsidP="00A31EF5">
      <w:pPr>
        <w:spacing w:before="60" w:after="60" w:line="240" w:lineRule="auto"/>
        <w:ind w:left="-567"/>
      </w:pPr>
      <w:sdt>
        <w:sdtPr>
          <w:id w:val="1150559559"/>
          <w14:checkbox>
            <w14:checked w14:val="0"/>
            <w14:checkedState w14:val="2612" w14:font="MS Gothic"/>
            <w14:uncheckedState w14:val="2610" w14:font="MS Gothic"/>
          </w14:checkbox>
        </w:sdtPr>
        <w:sdtContent>
          <w:r>
            <w:rPr>
              <w:rFonts w:ascii="MS Gothic" w:eastAsia="MS Gothic" w:hAnsi="MS Gothic" w:hint="eastAsia"/>
            </w:rPr>
            <w:t>☐</w:t>
          </w:r>
        </w:sdtContent>
      </w:sdt>
      <w:r>
        <w:tab/>
      </w:r>
      <w:r>
        <w:tab/>
      </w:r>
      <w:r w:rsidR="008B0F0F">
        <w:t>Data collection</w:t>
      </w:r>
    </w:p>
    <w:p w14:paraId="31A61D72" w14:textId="3592CA6C" w:rsidR="00F05150" w:rsidRDefault="00A31EF5" w:rsidP="00A31EF5">
      <w:pPr>
        <w:spacing w:before="60" w:after="60" w:line="240" w:lineRule="auto"/>
        <w:ind w:left="-567"/>
      </w:pPr>
      <w:sdt>
        <w:sdtPr>
          <w:id w:val="1771274563"/>
          <w14:checkbox>
            <w14:checked w14:val="0"/>
            <w14:checkedState w14:val="2612" w14:font="MS Gothic"/>
            <w14:uncheckedState w14:val="2610" w14:font="MS Gothic"/>
          </w14:checkbox>
        </w:sdtPr>
        <w:sdtContent>
          <w:r>
            <w:rPr>
              <w:rFonts w:ascii="MS Gothic" w:eastAsia="MS Gothic" w:hAnsi="MS Gothic" w:hint="eastAsia"/>
            </w:rPr>
            <w:t>☐</w:t>
          </w:r>
        </w:sdtContent>
      </w:sdt>
      <w:r>
        <w:tab/>
      </w:r>
      <w:r>
        <w:tab/>
      </w:r>
      <w:r w:rsidR="008B0F0F">
        <w:t>Data analysis</w:t>
      </w:r>
    </w:p>
    <w:p w14:paraId="4CC46047" w14:textId="1802D65C" w:rsidR="00F05150" w:rsidRDefault="00A31EF5" w:rsidP="00A31EF5">
      <w:pPr>
        <w:spacing w:before="60" w:after="60" w:line="240" w:lineRule="auto"/>
        <w:ind w:left="-567"/>
      </w:pPr>
      <w:sdt>
        <w:sdtPr>
          <w:id w:val="265739896"/>
          <w14:checkbox>
            <w14:checked w14:val="0"/>
            <w14:checkedState w14:val="2612" w14:font="MS Gothic"/>
            <w14:uncheckedState w14:val="2610" w14:font="MS Gothic"/>
          </w14:checkbox>
        </w:sdtPr>
        <w:sdtContent>
          <w:r>
            <w:rPr>
              <w:rFonts w:ascii="MS Gothic" w:eastAsia="MS Gothic" w:hAnsi="MS Gothic" w:hint="eastAsia"/>
            </w:rPr>
            <w:t>☐</w:t>
          </w:r>
        </w:sdtContent>
      </w:sdt>
      <w:r>
        <w:tab/>
      </w:r>
      <w:r>
        <w:tab/>
      </w:r>
      <w:r w:rsidR="008B0F0F">
        <w:t>Laboratory work</w:t>
      </w:r>
    </w:p>
    <w:p w14:paraId="24AE50AC" w14:textId="5B98F3F1" w:rsidR="00F05150" w:rsidRDefault="00A31EF5" w:rsidP="00A31EF5">
      <w:pPr>
        <w:spacing w:before="60" w:after="60" w:line="240" w:lineRule="auto"/>
        <w:ind w:left="-567"/>
      </w:pPr>
      <w:sdt>
        <w:sdtPr>
          <w:id w:val="-1799370418"/>
          <w14:checkbox>
            <w14:checked w14:val="0"/>
            <w14:checkedState w14:val="2612" w14:font="MS Gothic"/>
            <w14:uncheckedState w14:val="2610" w14:font="MS Gothic"/>
          </w14:checkbox>
        </w:sdtPr>
        <w:sdtContent>
          <w:r>
            <w:rPr>
              <w:rFonts w:ascii="MS Gothic" w:eastAsia="MS Gothic" w:hAnsi="MS Gothic" w:hint="eastAsia"/>
            </w:rPr>
            <w:t>☐</w:t>
          </w:r>
        </w:sdtContent>
      </w:sdt>
      <w:r>
        <w:tab/>
      </w:r>
      <w:r>
        <w:tab/>
      </w:r>
      <w:r w:rsidR="008B0F0F">
        <w:t>Participation in seminars/workshops</w:t>
      </w:r>
    </w:p>
    <w:p w14:paraId="4E5997E5" w14:textId="035BA065" w:rsidR="00F05150" w:rsidRDefault="00A31EF5" w:rsidP="00A31EF5">
      <w:pPr>
        <w:spacing w:before="60" w:after="60" w:line="240" w:lineRule="auto"/>
        <w:ind w:left="-567"/>
      </w:pPr>
      <w:sdt>
        <w:sdtPr>
          <w:id w:val="159117522"/>
          <w14:checkbox>
            <w14:checked w14:val="0"/>
            <w14:checkedState w14:val="2612" w14:font="MS Gothic"/>
            <w14:uncheckedState w14:val="2610" w14:font="MS Gothic"/>
          </w14:checkbox>
        </w:sdtPr>
        <w:sdtContent>
          <w:r>
            <w:rPr>
              <w:rFonts w:ascii="MS Gothic" w:eastAsia="MS Gothic" w:hAnsi="MS Gothic" w:hint="eastAsia"/>
            </w:rPr>
            <w:t>☐</w:t>
          </w:r>
        </w:sdtContent>
      </w:sdt>
      <w:r>
        <w:tab/>
      </w:r>
      <w:r>
        <w:tab/>
      </w:r>
      <w:r w:rsidR="008B0F0F">
        <w:t>Publication preparation</w:t>
      </w:r>
    </w:p>
    <w:p w14:paraId="5E251BFC" w14:textId="310DEF89" w:rsidR="00F05150" w:rsidRDefault="00A31EF5" w:rsidP="00A31EF5">
      <w:pPr>
        <w:spacing w:before="60" w:after="60" w:line="240" w:lineRule="auto"/>
        <w:ind w:left="-567"/>
      </w:pPr>
      <w:sdt>
        <w:sdtPr>
          <w:id w:val="1831246642"/>
          <w14:checkbox>
            <w14:checked w14:val="0"/>
            <w14:checkedState w14:val="2612" w14:font="MS Gothic"/>
            <w14:uncheckedState w14:val="2610" w14:font="MS Gothic"/>
          </w14:checkbox>
        </w:sdtPr>
        <w:sdtContent>
          <w:r>
            <w:rPr>
              <w:rFonts w:ascii="MS Gothic" w:eastAsia="MS Gothic" w:hAnsi="MS Gothic" w:hint="eastAsia"/>
            </w:rPr>
            <w:t>☐</w:t>
          </w:r>
        </w:sdtContent>
      </w:sdt>
      <w:r>
        <w:tab/>
      </w:r>
      <w:r>
        <w:tab/>
      </w:r>
      <w:r w:rsidR="008B0F0F">
        <w:t>Development of international research cooperation</w:t>
      </w:r>
    </w:p>
    <w:p w14:paraId="50AF6CAF" w14:textId="29B16214" w:rsidR="00F05150" w:rsidRDefault="00A31EF5" w:rsidP="00A31EF5">
      <w:pPr>
        <w:spacing w:before="60" w:after="60" w:line="240" w:lineRule="auto"/>
        <w:ind w:left="-567"/>
      </w:pPr>
      <w:sdt>
        <w:sdtPr>
          <w:id w:val="-336385629"/>
          <w14:checkbox>
            <w14:checked w14:val="0"/>
            <w14:checkedState w14:val="2612" w14:font="MS Gothic"/>
            <w14:uncheckedState w14:val="2610" w14:font="MS Gothic"/>
          </w14:checkbox>
        </w:sdtPr>
        <w:sdtContent>
          <w:r>
            <w:rPr>
              <w:rFonts w:ascii="MS Gothic" w:eastAsia="MS Gothic" w:hAnsi="MS Gothic" w:hint="eastAsia"/>
            </w:rPr>
            <w:t>☐</w:t>
          </w:r>
        </w:sdtContent>
      </w:sdt>
      <w:r>
        <w:tab/>
      </w:r>
      <w:r>
        <w:tab/>
      </w:r>
      <w:r w:rsidR="008B0F0F">
        <w:t>Other</w:t>
      </w:r>
    </w:p>
    <w:p w14:paraId="74E9631E" w14:textId="77777777" w:rsidR="00F05150" w:rsidRDefault="008B0F0F" w:rsidP="00AC341A">
      <w:pPr>
        <w:pStyle w:val="Nadpis2"/>
        <w:spacing w:before="360" w:after="240" w:line="240" w:lineRule="auto"/>
        <w:ind w:left="-567"/>
      </w:pPr>
      <w:r>
        <w:lastRenderedPageBreak/>
        <w:t>D. PLANNED ACTIVITIES</w:t>
      </w:r>
    </w:p>
    <w:tbl>
      <w:tblPr>
        <w:tblStyle w:val="Mkatabulky"/>
        <w:tblW w:w="9639" w:type="dxa"/>
        <w:tblInd w:w="-459" w:type="dxa"/>
        <w:tblLook w:val="04A0" w:firstRow="1" w:lastRow="0" w:firstColumn="1" w:lastColumn="0" w:noHBand="0" w:noVBand="1"/>
      </w:tblPr>
      <w:tblGrid>
        <w:gridCol w:w="3828"/>
        <w:gridCol w:w="5811"/>
      </w:tblGrid>
      <w:tr w:rsidR="00F05150" w14:paraId="348DDDDF" w14:textId="77777777" w:rsidTr="00E207F0">
        <w:trPr>
          <w:trHeight w:val="340"/>
        </w:trPr>
        <w:tc>
          <w:tcPr>
            <w:tcW w:w="3828" w:type="dxa"/>
            <w:vAlign w:val="center"/>
          </w:tcPr>
          <w:p w14:paraId="388C652B" w14:textId="77777777" w:rsidR="00F05150" w:rsidRPr="00E207F0" w:rsidRDefault="008B0F0F">
            <w:pPr>
              <w:rPr>
                <w:b/>
                <w:bCs/>
              </w:rPr>
            </w:pPr>
            <w:r w:rsidRPr="00E207F0">
              <w:rPr>
                <w:b/>
                <w:bCs/>
              </w:rPr>
              <w:t>Planned Activity</w:t>
            </w:r>
          </w:p>
        </w:tc>
        <w:tc>
          <w:tcPr>
            <w:tcW w:w="5811" w:type="dxa"/>
            <w:vAlign w:val="center"/>
          </w:tcPr>
          <w:p w14:paraId="7D11F26B" w14:textId="77777777" w:rsidR="00F05150" w:rsidRPr="00E207F0" w:rsidRDefault="008B0F0F">
            <w:pPr>
              <w:rPr>
                <w:b/>
                <w:bCs/>
              </w:rPr>
            </w:pPr>
            <w:r w:rsidRPr="00E207F0">
              <w:rPr>
                <w:b/>
                <w:bCs/>
              </w:rPr>
              <w:t>Description</w:t>
            </w:r>
          </w:p>
        </w:tc>
      </w:tr>
      <w:tr w:rsidR="00F05150" w14:paraId="5A262996" w14:textId="77777777" w:rsidTr="00E207F0">
        <w:trPr>
          <w:trHeight w:val="340"/>
        </w:trPr>
        <w:tc>
          <w:tcPr>
            <w:tcW w:w="3828" w:type="dxa"/>
            <w:vAlign w:val="center"/>
          </w:tcPr>
          <w:p w14:paraId="4185762C" w14:textId="77777777" w:rsidR="00F05150" w:rsidRDefault="008B0F0F">
            <w:r>
              <w:t>Research activities</w:t>
            </w:r>
          </w:p>
        </w:tc>
        <w:sdt>
          <w:sdtPr>
            <w:id w:val="1143925090"/>
            <w:placeholder>
              <w:docPart w:val="DefaultPlaceholder_-1854013440"/>
            </w:placeholder>
            <w:showingPlcHdr/>
          </w:sdtPr>
          <w:sdtContent>
            <w:tc>
              <w:tcPr>
                <w:tcW w:w="5811" w:type="dxa"/>
                <w:vAlign w:val="center"/>
              </w:tcPr>
              <w:p w14:paraId="38135EBC" w14:textId="62AAEF12" w:rsidR="00F05150" w:rsidRDefault="00E207F0">
                <w:r w:rsidRPr="00DB3F06">
                  <w:rPr>
                    <w:rStyle w:val="Zstupntext"/>
                  </w:rPr>
                  <w:t>Klikněte nebo klepněte sem a zadejte text.</w:t>
                </w:r>
              </w:p>
            </w:tc>
          </w:sdtContent>
        </w:sdt>
      </w:tr>
      <w:tr w:rsidR="00F05150" w14:paraId="001DC965" w14:textId="77777777" w:rsidTr="00E207F0">
        <w:trPr>
          <w:trHeight w:val="340"/>
        </w:trPr>
        <w:tc>
          <w:tcPr>
            <w:tcW w:w="3828" w:type="dxa"/>
            <w:vAlign w:val="center"/>
          </w:tcPr>
          <w:p w14:paraId="051650CA" w14:textId="77777777" w:rsidR="00F05150" w:rsidRDefault="008B0F0F">
            <w:r>
              <w:t>Consultations with host academics</w:t>
            </w:r>
          </w:p>
        </w:tc>
        <w:sdt>
          <w:sdtPr>
            <w:id w:val="1583407590"/>
            <w:placeholder>
              <w:docPart w:val="DefaultPlaceholder_-1854013440"/>
            </w:placeholder>
            <w:showingPlcHdr/>
          </w:sdtPr>
          <w:sdtContent>
            <w:tc>
              <w:tcPr>
                <w:tcW w:w="5811" w:type="dxa"/>
                <w:vAlign w:val="center"/>
              </w:tcPr>
              <w:p w14:paraId="4425FB12" w14:textId="57F53B17" w:rsidR="00F05150" w:rsidRDefault="00E207F0">
                <w:r w:rsidRPr="00DB3F06">
                  <w:rPr>
                    <w:rStyle w:val="Zstupntext"/>
                  </w:rPr>
                  <w:t>Klikněte nebo klepněte sem a zadejte text.</w:t>
                </w:r>
              </w:p>
            </w:tc>
          </w:sdtContent>
        </w:sdt>
      </w:tr>
      <w:tr w:rsidR="00F05150" w14:paraId="76D750C7" w14:textId="77777777" w:rsidTr="00E207F0">
        <w:trPr>
          <w:trHeight w:val="340"/>
        </w:trPr>
        <w:tc>
          <w:tcPr>
            <w:tcW w:w="3828" w:type="dxa"/>
            <w:vAlign w:val="center"/>
          </w:tcPr>
          <w:p w14:paraId="11C3D1BB" w14:textId="77777777" w:rsidR="00F05150" w:rsidRDefault="008B0F0F">
            <w:r>
              <w:t>Library / archive research</w:t>
            </w:r>
          </w:p>
        </w:tc>
        <w:sdt>
          <w:sdtPr>
            <w:id w:val="-1760596731"/>
            <w:placeholder>
              <w:docPart w:val="DefaultPlaceholder_-1854013440"/>
            </w:placeholder>
            <w:showingPlcHdr/>
          </w:sdtPr>
          <w:sdtContent>
            <w:tc>
              <w:tcPr>
                <w:tcW w:w="5811" w:type="dxa"/>
                <w:vAlign w:val="center"/>
              </w:tcPr>
              <w:p w14:paraId="2051A297" w14:textId="5B2D12EA" w:rsidR="00F05150" w:rsidRDefault="00E207F0">
                <w:r w:rsidRPr="00DB3F06">
                  <w:rPr>
                    <w:rStyle w:val="Zstupntext"/>
                  </w:rPr>
                  <w:t>Klikněte nebo klepněte sem a zadejte text.</w:t>
                </w:r>
              </w:p>
            </w:tc>
          </w:sdtContent>
        </w:sdt>
      </w:tr>
      <w:tr w:rsidR="00F05150" w14:paraId="58840ED3" w14:textId="77777777" w:rsidTr="00E207F0">
        <w:trPr>
          <w:trHeight w:val="340"/>
        </w:trPr>
        <w:tc>
          <w:tcPr>
            <w:tcW w:w="3828" w:type="dxa"/>
            <w:vAlign w:val="center"/>
          </w:tcPr>
          <w:p w14:paraId="3D42D11D" w14:textId="77777777" w:rsidR="00F05150" w:rsidRDefault="008B0F0F">
            <w:r>
              <w:t>Data collection and/or analysis</w:t>
            </w:r>
          </w:p>
        </w:tc>
        <w:sdt>
          <w:sdtPr>
            <w:id w:val="1180619332"/>
            <w:placeholder>
              <w:docPart w:val="DefaultPlaceholder_-1854013440"/>
            </w:placeholder>
            <w:showingPlcHdr/>
          </w:sdtPr>
          <w:sdtContent>
            <w:tc>
              <w:tcPr>
                <w:tcW w:w="5811" w:type="dxa"/>
                <w:vAlign w:val="center"/>
              </w:tcPr>
              <w:p w14:paraId="475D11E3" w14:textId="7859774A" w:rsidR="00F05150" w:rsidRDefault="00E207F0">
                <w:r w:rsidRPr="00DB3F06">
                  <w:rPr>
                    <w:rStyle w:val="Zstupntext"/>
                  </w:rPr>
                  <w:t>Klikněte nebo klepněte sem a zadejte text.</w:t>
                </w:r>
              </w:p>
            </w:tc>
          </w:sdtContent>
        </w:sdt>
      </w:tr>
      <w:tr w:rsidR="00F05150" w14:paraId="4DE31DA7" w14:textId="77777777" w:rsidTr="00E207F0">
        <w:trPr>
          <w:trHeight w:val="340"/>
        </w:trPr>
        <w:tc>
          <w:tcPr>
            <w:tcW w:w="3828" w:type="dxa"/>
            <w:vAlign w:val="center"/>
          </w:tcPr>
          <w:p w14:paraId="5D399AEE" w14:textId="77777777" w:rsidR="00F05150" w:rsidRDefault="008B0F0F">
            <w:r>
              <w:t>Participation in seminars/workshops</w:t>
            </w:r>
          </w:p>
        </w:tc>
        <w:sdt>
          <w:sdtPr>
            <w:id w:val="959000976"/>
            <w:placeholder>
              <w:docPart w:val="DefaultPlaceholder_-1854013440"/>
            </w:placeholder>
            <w:showingPlcHdr/>
          </w:sdtPr>
          <w:sdtContent>
            <w:tc>
              <w:tcPr>
                <w:tcW w:w="5811" w:type="dxa"/>
                <w:vAlign w:val="center"/>
              </w:tcPr>
              <w:p w14:paraId="05F973FB" w14:textId="623020D5" w:rsidR="00F05150" w:rsidRDefault="00E207F0">
                <w:r w:rsidRPr="00DB3F06">
                  <w:rPr>
                    <w:rStyle w:val="Zstupntext"/>
                  </w:rPr>
                  <w:t>Klikněte nebo klepněte sem a zadejte text.</w:t>
                </w:r>
              </w:p>
            </w:tc>
          </w:sdtContent>
        </w:sdt>
      </w:tr>
      <w:tr w:rsidR="00F05150" w14:paraId="3A3CCA1F" w14:textId="77777777" w:rsidTr="00E207F0">
        <w:trPr>
          <w:trHeight w:val="340"/>
        </w:trPr>
        <w:tc>
          <w:tcPr>
            <w:tcW w:w="3828" w:type="dxa"/>
            <w:vAlign w:val="center"/>
          </w:tcPr>
          <w:p w14:paraId="1CF575B9" w14:textId="77777777" w:rsidR="00F05150" w:rsidRDefault="008B0F0F">
            <w:r>
              <w:t>Publication preparation</w:t>
            </w:r>
          </w:p>
        </w:tc>
        <w:sdt>
          <w:sdtPr>
            <w:id w:val="-2001496850"/>
            <w:placeholder>
              <w:docPart w:val="DefaultPlaceholder_-1854013440"/>
            </w:placeholder>
            <w:showingPlcHdr/>
          </w:sdtPr>
          <w:sdtContent>
            <w:tc>
              <w:tcPr>
                <w:tcW w:w="5811" w:type="dxa"/>
                <w:vAlign w:val="center"/>
              </w:tcPr>
              <w:p w14:paraId="0FB1FCD2" w14:textId="5F054A8D" w:rsidR="00F05150" w:rsidRDefault="00E207F0">
                <w:r w:rsidRPr="00DB3F06">
                  <w:rPr>
                    <w:rStyle w:val="Zstupntext"/>
                  </w:rPr>
                  <w:t>Klikněte nebo klepněte sem a zadejte text.</w:t>
                </w:r>
              </w:p>
            </w:tc>
          </w:sdtContent>
        </w:sdt>
      </w:tr>
      <w:tr w:rsidR="00F05150" w14:paraId="3782B41B" w14:textId="77777777" w:rsidTr="00E207F0">
        <w:trPr>
          <w:trHeight w:val="340"/>
        </w:trPr>
        <w:tc>
          <w:tcPr>
            <w:tcW w:w="3828" w:type="dxa"/>
            <w:vAlign w:val="center"/>
          </w:tcPr>
          <w:p w14:paraId="4922EC31" w14:textId="28EFEF6F" w:rsidR="00F05150" w:rsidRDefault="00E207F0">
            <w:r>
              <w:t>Other</w:t>
            </w:r>
          </w:p>
        </w:tc>
        <w:sdt>
          <w:sdtPr>
            <w:id w:val="-426659013"/>
            <w:placeholder>
              <w:docPart w:val="DefaultPlaceholder_-1854013440"/>
            </w:placeholder>
            <w:showingPlcHdr/>
          </w:sdtPr>
          <w:sdtContent>
            <w:tc>
              <w:tcPr>
                <w:tcW w:w="5811" w:type="dxa"/>
                <w:vAlign w:val="center"/>
              </w:tcPr>
              <w:p w14:paraId="5BCBE0FA" w14:textId="28DD475F" w:rsidR="00F05150" w:rsidRDefault="00E207F0">
                <w:r w:rsidRPr="00DB3F06">
                  <w:rPr>
                    <w:rStyle w:val="Zstupntext"/>
                  </w:rPr>
                  <w:t>Klikněte nebo klepněte sem a zadejte text.</w:t>
                </w:r>
              </w:p>
            </w:tc>
          </w:sdtContent>
        </w:sdt>
      </w:tr>
    </w:tbl>
    <w:p w14:paraId="2C444F1E" w14:textId="77777777" w:rsidR="00F05150" w:rsidRDefault="008B0F0F" w:rsidP="00E207F0">
      <w:pPr>
        <w:pStyle w:val="Nadpis2"/>
        <w:spacing w:before="360" w:after="240" w:line="240" w:lineRule="auto"/>
        <w:ind w:left="-567"/>
      </w:pPr>
      <w:r>
        <w:t>E. EXPECTED OUTCOMES</w:t>
      </w:r>
    </w:p>
    <w:p w14:paraId="539C0D89" w14:textId="77777777" w:rsidR="00F05150" w:rsidRDefault="008B0F0F" w:rsidP="00E207F0">
      <w:pPr>
        <w:spacing w:after="120" w:line="240" w:lineRule="auto"/>
        <w:ind w:left="-567"/>
      </w:pPr>
      <w:r>
        <w:t>Please describe the expected academic outcomes of the mobility:</w:t>
      </w:r>
    </w:p>
    <w:sdt>
      <w:sdtPr>
        <w:id w:val="-532727769"/>
        <w:placeholder>
          <w:docPart w:val="DefaultPlaceholder_-1854013440"/>
        </w:placeholder>
        <w:showingPlcHdr/>
      </w:sdtPr>
      <w:sdtContent>
        <w:p w14:paraId="2C3CC18F" w14:textId="3B5C8DF7" w:rsidR="00E207F0" w:rsidRDefault="00E207F0" w:rsidP="00E207F0">
          <w:pPr>
            <w:ind w:left="-567"/>
          </w:pPr>
          <w:r w:rsidRPr="00DB3F06">
            <w:rPr>
              <w:rStyle w:val="Zstupntext"/>
            </w:rPr>
            <w:t>Klikněte nebo klepněte sem a zadejte text.</w:t>
          </w:r>
        </w:p>
      </w:sdtContent>
    </w:sdt>
    <w:p w14:paraId="79A13AA4" w14:textId="77777777" w:rsidR="00F05150" w:rsidRDefault="008B0F0F" w:rsidP="00E207F0">
      <w:pPr>
        <w:ind w:left="-567" w:right="-432"/>
        <w:jc w:val="both"/>
      </w:pPr>
      <w:r>
        <w:t>Examples: Progress in dissertation research, completion of a dissertation chapter, collection or analysis of research data, development of research methodology, preparation of a publication manuscript, establishment of international research cooperation, acquisition of new research skills.</w:t>
      </w:r>
    </w:p>
    <w:p w14:paraId="3953A329" w14:textId="77777777" w:rsidR="00F05150" w:rsidRDefault="008B0F0F" w:rsidP="00E207F0">
      <w:pPr>
        <w:pStyle w:val="Nadpis2"/>
        <w:spacing w:before="360" w:after="240" w:line="240" w:lineRule="auto"/>
        <w:ind w:left="-567"/>
      </w:pPr>
      <w:r>
        <w:t>F. RECOGNITION AT HOME INSTITUTION</w:t>
      </w:r>
    </w:p>
    <w:p w14:paraId="58A71FDA" w14:textId="77777777" w:rsidR="00F05150" w:rsidRDefault="008B0F0F" w:rsidP="00E207F0">
      <w:pPr>
        <w:ind w:left="-567" w:right="-432"/>
        <w:jc w:val="both"/>
      </w:pPr>
      <w:r>
        <w:t>The University of South Bohemia confirms that the successful completion of the activities described in this Doctoral Mobility Work Plan will be recognised as part of the doctoral candidate’s Individual Study Plan (ISP), where applicable.</w:t>
      </w:r>
    </w:p>
    <w:p w14:paraId="1E7DE4BC" w14:textId="77777777" w:rsidR="00F05150" w:rsidRDefault="008B0F0F" w:rsidP="00E207F0">
      <w:pPr>
        <w:spacing w:after="120" w:line="240" w:lineRule="auto"/>
        <w:ind w:left="-567" w:right="-431"/>
        <w:jc w:val="both"/>
      </w:pPr>
      <w:r>
        <w:t>ECTS credits are not applicable to this doctoral mobility. Academic recognition is based on the successful completion of the approved research and dissertation-related activities.</w:t>
      </w:r>
    </w:p>
    <w:p w14:paraId="5EBCC168" w14:textId="77777777" w:rsidR="00F05150" w:rsidRDefault="008B0F0F" w:rsidP="00E207F0">
      <w:pPr>
        <w:spacing w:before="60" w:after="60" w:line="240" w:lineRule="auto"/>
        <w:ind w:left="-567"/>
      </w:pPr>
      <w:r>
        <w:t>☐</w:t>
      </w:r>
      <w:r>
        <w:t xml:space="preserve"> International mobility requirement</w:t>
      </w:r>
    </w:p>
    <w:p w14:paraId="0A54AD11" w14:textId="77777777" w:rsidR="00F05150" w:rsidRDefault="008B0F0F" w:rsidP="00E207F0">
      <w:pPr>
        <w:spacing w:before="60" w:after="60" w:line="240" w:lineRule="auto"/>
        <w:ind w:left="-567"/>
      </w:pPr>
      <w:r>
        <w:t>☐</w:t>
      </w:r>
      <w:r>
        <w:t xml:space="preserve"> Research activities related to dissertation work</w:t>
      </w:r>
    </w:p>
    <w:p w14:paraId="6D80296F" w14:textId="77777777" w:rsidR="00F05150" w:rsidRDefault="008B0F0F" w:rsidP="00E207F0">
      <w:pPr>
        <w:spacing w:before="60" w:after="60" w:line="240" w:lineRule="auto"/>
        <w:ind w:left="-567"/>
      </w:pPr>
      <w:r>
        <w:t>☐</w:t>
      </w:r>
      <w:r>
        <w:t xml:space="preserve"> Requirement specified in the Individual Study Plan</w:t>
      </w:r>
    </w:p>
    <w:p w14:paraId="68C2735E" w14:textId="77777777" w:rsidR="00F05150" w:rsidRDefault="008B0F0F" w:rsidP="00E207F0">
      <w:pPr>
        <w:spacing w:before="60" w:after="60" w:line="240" w:lineRule="auto"/>
        <w:ind w:left="-567"/>
      </w:pPr>
      <w:r>
        <w:t>☐</w:t>
      </w:r>
      <w:r>
        <w:t xml:space="preserve"> Other</w:t>
      </w:r>
    </w:p>
    <w:p w14:paraId="06D0DAA8" w14:textId="77777777" w:rsidR="00F05150" w:rsidRDefault="008B0F0F" w:rsidP="00AC341A">
      <w:pPr>
        <w:pStyle w:val="Nadpis2"/>
        <w:spacing w:before="360" w:after="240" w:line="240" w:lineRule="auto"/>
        <w:ind w:left="-567"/>
      </w:pPr>
      <w:r>
        <w:t>G. APPROVAL BEFORE MOBILITY</w:t>
      </w:r>
    </w:p>
    <w:tbl>
      <w:tblPr>
        <w:tblStyle w:val="Mkatabulky"/>
        <w:tblW w:w="9639" w:type="dxa"/>
        <w:tblInd w:w="-459" w:type="dxa"/>
        <w:tblLook w:val="04A0" w:firstRow="1" w:lastRow="0" w:firstColumn="1" w:lastColumn="0" w:noHBand="0" w:noVBand="1"/>
      </w:tblPr>
      <w:tblGrid>
        <w:gridCol w:w="2127"/>
        <w:gridCol w:w="3685"/>
        <w:gridCol w:w="3827"/>
      </w:tblGrid>
      <w:tr w:rsidR="00F05150" w14:paraId="1389F1E5" w14:textId="77777777" w:rsidTr="00AC341A">
        <w:trPr>
          <w:trHeight w:val="340"/>
        </w:trPr>
        <w:tc>
          <w:tcPr>
            <w:tcW w:w="2127" w:type="dxa"/>
            <w:vAlign w:val="center"/>
          </w:tcPr>
          <w:p w14:paraId="15611C07" w14:textId="77777777" w:rsidR="00F05150" w:rsidRPr="00AC341A" w:rsidRDefault="008B0F0F" w:rsidP="00AC341A">
            <w:pPr>
              <w:spacing w:before="40" w:after="40"/>
              <w:rPr>
                <w:sz w:val="21"/>
                <w:szCs w:val="21"/>
              </w:rPr>
            </w:pPr>
            <w:r w:rsidRPr="00AC341A">
              <w:rPr>
                <w:sz w:val="21"/>
                <w:szCs w:val="21"/>
              </w:rPr>
              <w:t>Doctoral Candidate</w:t>
            </w:r>
          </w:p>
        </w:tc>
        <w:tc>
          <w:tcPr>
            <w:tcW w:w="3685" w:type="dxa"/>
            <w:vAlign w:val="center"/>
          </w:tcPr>
          <w:p w14:paraId="497CE679" w14:textId="553F6D3F" w:rsidR="00AC341A" w:rsidRDefault="008B0F0F" w:rsidP="00AC341A">
            <w:pPr>
              <w:spacing w:before="360" w:after="360"/>
            </w:pPr>
            <w:r>
              <w:t>Name</w:t>
            </w:r>
            <w:r w:rsidR="00AC341A">
              <w:t xml:space="preserve">: </w:t>
            </w:r>
            <w:sdt>
              <w:sdtPr>
                <w:id w:val="1571537440"/>
                <w:placeholder>
                  <w:docPart w:val="DefaultPlaceholder_-1854013440"/>
                </w:placeholder>
                <w:showingPlcHdr/>
              </w:sdtPr>
              <w:sdtContent>
                <w:r w:rsidR="00AC341A" w:rsidRPr="00DB3F06">
                  <w:rPr>
                    <w:rStyle w:val="Zstupntext"/>
                  </w:rPr>
                  <w:t>Klikněte nebo klepněte sem a zadejte text.</w:t>
                </w:r>
              </w:sdtContent>
            </w:sdt>
          </w:p>
        </w:tc>
        <w:tc>
          <w:tcPr>
            <w:tcW w:w="3827" w:type="dxa"/>
            <w:vAlign w:val="center"/>
          </w:tcPr>
          <w:p w14:paraId="70DBC51D" w14:textId="06B0DFF1" w:rsidR="00F05150" w:rsidRDefault="008B0F0F" w:rsidP="00AC341A">
            <w:pPr>
              <w:spacing w:before="360" w:after="360"/>
            </w:pPr>
            <w:r>
              <w:t>Date</w:t>
            </w:r>
            <w:r w:rsidR="00AC341A">
              <w:t xml:space="preserve">: </w:t>
            </w:r>
          </w:p>
          <w:p w14:paraId="57A2970F" w14:textId="0C1A03AA" w:rsidR="00AC341A" w:rsidRDefault="00AC341A" w:rsidP="00AC341A">
            <w:pPr>
              <w:spacing w:before="360" w:after="360"/>
            </w:pPr>
            <w:r>
              <w:t>Signature:</w:t>
            </w:r>
          </w:p>
        </w:tc>
      </w:tr>
      <w:tr w:rsidR="00AC341A" w14:paraId="5F63994D" w14:textId="77777777" w:rsidTr="00AC341A">
        <w:trPr>
          <w:trHeight w:val="340"/>
        </w:trPr>
        <w:tc>
          <w:tcPr>
            <w:tcW w:w="2127" w:type="dxa"/>
            <w:vAlign w:val="center"/>
          </w:tcPr>
          <w:p w14:paraId="2E1190B2" w14:textId="77777777" w:rsidR="00AC341A" w:rsidRPr="00AC341A" w:rsidRDefault="00AC341A" w:rsidP="00AC341A">
            <w:pPr>
              <w:spacing w:before="360" w:after="360"/>
              <w:rPr>
                <w:sz w:val="21"/>
                <w:szCs w:val="21"/>
              </w:rPr>
            </w:pPr>
            <w:r w:rsidRPr="00AC341A">
              <w:rPr>
                <w:sz w:val="21"/>
                <w:szCs w:val="21"/>
              </w:rPr>
              <w:lastRenderedPageBreak/>
              <w:t>Home Supervisor</w:t>
            </w:r>
          </w:p>
        </w:tc>
        <w:tc>
          <w:tcPr>
            <w:tcW w:w="3685" w:type="dxa"/>
            <w:vAlign w:val="center"/>
          </w:tcPr>
          <w:p w14:paraId="72E8C079" w14:textId="53BFC6F5" w:rsidR="00AC341A" w:rsidRDefault="00AC341A" w:rsidP="00AC341A">
            <w:pPr>
              <w:spacing w:before="360" w:after="360"/>
            </w:pPr>
            <w:r>
              <w:t xml:space="preserve">Name: </w:t>
            </w:r>
            <w:sdt>
              <w:sdtPr>
                <w:id w:val="-573198388"/>
                <w:placeholder>
                  <w:docPart w:val="37052212F6DC43E285BB775A6525D9BD"/>
                </w:placeholder>
                <w:showingPlcHdr/>
              </w:sdtPr>
              <w:sdtContent>
                <w:r w:rsidRPr="00DB3F06">
                  <w:rPr>
                    <w:rStyle w:val="Zstupntext"/>
                  </w:rPr>
                  <w:t>Klikněte nebo klepněte sem a zadejte text.</w:t>
                </w:r>
              </w:sdtContent>
            </w:sdt>
          </w:p>
        </w:tc>
        <w:tc>
          <w:tcPr>
            <w:tcW w:w="3827" w:type="dxa"/>
            <w:vAlign w:val="center"/>
          </w:tcPr>
          <w:p w14:paraId="0503F3DD" w14:textId="77777777" w:rsidR="00AC341A" w:rsidRDefault="00AC341A" w:rsidP="00AC341A">
            <w:pPr>
              <w:spacing w:before="360" w:after="360"/>
            </w:pPr>
            <w:r>
              <w:t>Date:</w:t>
            </w:r>
          </w:p>
          <w:p w14:paraId="662CCA8E" w14:textId="03AF15FE" w:rsidR="00AC341A" w:rsidRDefault="00AC341A" w:rsidP="00AC341A">
            <w:pPr>
              <w:spacing w:before="360" w:after="360"/>
            </w:pPr>
            <w:r>
              <w:t>Signature:</w:t>
            </w:r>
          </w:p>
        </w:tc>
      </w:tr>
      <w:tr w:rsidR="00AC341A" w14:paraId="76091D6E" w14:textId="77777777" w:rsidTr="00AC341A">
        <w:trPr>
          <w:trHeight w:val="340"/>
        </w:trPr>
        <w:tc>
          <w:tcPr>
            <w:tcW w:w="2127" w:type="dxa"/>
            <w:vAlign w:val="center"/>
          </w:tcPr>
          <w:p w14:paraId="0AFD1883" w14:textId="77777777" w:rsidR="00AC341A" w:rsidRPr="00AC341A" w:rsidRDefault="00AC341A" w:rsidP="00AC341A">
            <w:pPr>
              <w:spacing w:before="40" w:after="40"/>
              <w:rPr>
                <w:sz w:val="21"/>
                <w:szCs w:val="21"/>
              </w:rPr>
            </w:pPr>
            <w:r w:rsidRPr="00AC341A">
              <w:rPr>
                <w:sz w:val="21"/>
                <w:szCs w:val="21"/>
              </w:rPr>
              <w:t>Guarantor of the Doctoral Study Programme</w:t>
            </w:r>
          </w:p>
        </w:tc>
        <w:tc>
          <w:tcPr>
            <w:tcW w:w="3685" w:type="dxa"/>
            <w:vAlign w:val="center"/>
          </w:tcPr>
          <w:p w14:paraId="2AA1FE88" w14:textId="3225487C" w:rsidR="00AC341A" w:rsidRDefault="00AC341A" w:rsidP="00AC341A">
            <w:pPr>
              <w:spacing w:before="360" w:after="360"/>
            </w:pPr>
            <w:r>
              <w:t xml:space="preserve">Name: </w:t>
            </w:r>
            <w:sdt>
              <w:sdtPr>
                <w:id w:val="-113992589"/>
                <w:placeholder>
                  <w:docPart w:val="4687D7F7F1A741C3AACAA299879C3C9C"/>
                </w:placeholder>
                <w:showingPlcHdr/>
              </w:sdtPr>
              <w:sdtContent>
                <w:r w:rsidRPr="00DB3F06">
                  <w:rPr>
                    <w:rStyle w:val="Zstupntext"/>
                  </w:rPr>
                  <w:t>Klikněte nebo klepněte sem a zadejte text.</w:t>
                </w:r>
              </w:sdtContent>
            </w:sdt>
          </w:p>
        </w:tc>
        <w:tc>
          <w:tcPr>
            <w:tcW w:w="3827" w:type="dxa"/>
            <w:vAlign w:val="center"/>
          </w:tcPr>
          <w:p w14:paraId="5E350DEC" w14:textId="77777777" w:rsidR="00AC341A" w:rsidRDefault="00AC341A" w:rsidP="00AC341A">
            <w:pPr>
              <w:spacing w:before="360" w:after="360"/>
            </w:pPr>
            <w:r>
              <w:t>Date:</w:t>
            </w:r>
          </w:p>
          <w:p w14:paraId="23AE6FF0" w14:textId="3464082D" w:rsidR="00AC341A" w:rsidRDefault="00AC341A" w:rsidP="00AC341A">
            <w:pPr>
              <w:spacing w:before="360" w:after="360"/>
            </w:pPr>
            <w:r>
              <w:t>Signature:</w:t>
            </w:r>
          </w:p>
        </w:tc>
      </w:tr>
      <w:tr w:rsidR="00AC341A" w14:paraId="6CEC54B8" w14:textId="77777777" w:rsidTr="00AC341A">
        <w:trPr>
          <w:trHeight w:val="340"/>
        </w:trPr>
        <w:tc>
          <w:tcPr>
            <w:tcW w:w="2127" w:type="dxa"/>
            <w:vAlign w:val="center"/>
          </w:tcPr>
          <w:p w14:paraId="56BAFD98" w14:textId="77777777" w:rsidR="00AC341A" w:rsidRPr="00AC341A" w:rsidRDefault="00AC341A" w:rsidP="00AC341A">
            <w:pPr>
              <w:spacing w:before="40" w:after="40"/>
              <w:rPr>
                <w:sz w:val="21"/>
                <w:szCs w:val="21"/>
              </w:rPr>
            </w:pPr>
            <w:r w:rsidRPr="00AC341A">
              <w:rPr>
                <w:sz w:val="21"/>
                <w:szCs w:val="21"/>
              </w:rPr>
              <w:t>Receiving Academic Supervisor</w:t>
            </w:r>
          </w:p>
        </w:tc>
        <w:tc>
          <w:tcPr>
            <w:tcW w:w="3685" w:type="dxa"/>
            <w:vAlign w:val="center"/>
          </w:tcPr>
          <w:p w14:paraId="5E9F9B24" w14:textId="707BB050" w:rsidR="00AC341A" w:rsidRDefault="00AC341A" w:rsidP="00AC341A">
            <w:pPr>
              <w:spacing w:before="360" w:after="360"/>
            </w:pPr>
            <w:r>
              <w:t xml:space="preserve">Name: </w:t>
            </w:r>
            <w:sdt>
              <w:sdtPr>
                <w:id w:val="-1040965430"/>
                <w:placeholder>
                  <w:docPart w:val="D9A912F9EF064EAE80E9C124D82D3A27"/>
                </w:placeholder>
                <w:showingPlcHdr/>
              </w:sdtPr>
              <w:sdtContent>
                <w:r w:rsidRPr="00DB3F06">
                  <w:rPr>
                    <w:rStyle w:val="Zstupntext"/>
                  </w:rPr>
                  <w:t>Klikněte nebo klepněte sem a zadejte text.</w:t>
                </w:r>
              </w:sdtContent>
            </w:sdt>
          </w:p>
        </w:tc>
        <w:tc>
          <w:tcPr>
            <w:tcW w:w="3827" w:type="dxa"/>
            <w:vAlign w:val="center"/>
          </w:tcPr>
          <w:p w14:paraId="6523A26D" w14:textId="77777777" w:rsidR="00AC341A" w:rsidRDefault="00AC341A" w:rsidP="00AC341A">
            <w:pPr>
              <w:spacing w:before="360" w:after="360"/>
            </w:pPr>
            <w:r>
              <w:t>Date:</w:t>
            </w:r>
          </w:p>
          <w:p w14:paraId="2C0F95A3" w14:textId="231B14D4" w:rsidR="00AC341A" w:rsidRDefault="00AC341A" w:rsidP="00AC341A">
            <w:pPr>
              <w:spacing w:before="360" w:after="360"/>
            </w:pPr>
            <w:r>
              <w:t>Signature:</w:t>
            </w:r>
          </w:p>
        </w:tc>
      </w:tr>
    </w:tbl>
    <w:p w14:paraId="2117241B" w14:textId="77777777" w:rsidR="00F05150" w:rsidRDefault="008B0F0F">
      <w:r>
        <w:br w:type="page"/>
      </w:r>
    </w:p>
    <w:p w14:paraId="0FD0E9C4" w14:textId="5B6D0D33" w:rsidR="00F05150" w:rsidRPr="00F10FCE" w:rsidRDefault="00AC341A" w:rsidP="00F10FCE">
      <w:pPr>
        <w:pStyle w:val="Nadpis1"/>
        <w:ind w:left="-426" w:right="-432"/>
        <w:jc w:val="center"/>
        <w:rPr>
          <w:sz w:val="32"/>
          <w:szCs w:val="32"/>
        </w:rPr>
      </w:pPr>
      <w:r w:rsidRPr="00F10FCE">
        <w:rPr>
          <w:sz w:val="32"/>
          <w:szCs w:val="32"/>
        </w:rPr>
        <w:lastRenderedPageBreak/>
        <w:t>CON</w:t>
      </w:r>
      <w:r w:rsidR="008B0F0F" w:rsidRPr="00F10FCE">
        <w:rPr>
          <w:sz w:val="32"/>
          <w:szCs w:val="32"/>
        </w:rPr>
        <w:t>FIRMATION OF COMPLETION</w:t>
      </w:r>
    </w:p>
    <w:p w14:paraId="5CA4C264" w14:textId="7D6A63E5" w:rsidR="00F05150" w:rsidRDefault="008B0F0F" w:rsidP="009A260E">
      <w:pPr>
        <w:ind w:left="-426" w:right="-432"/>
        <w:jc w:val="center"/>
        <w:rPr>
          <w:i/>
          <w:iCs/>
        </w:rPr>
      </w:pPr>
      <w:r w:rsidRPr="00F10FCE">
        <w:rPr>
          <w:i/>
          <w:iCs/>
        </w:rPr>
        <w:t>To be completed after the mobility</w:t>
      </w:r>
    </w:p>
    <w:p w14:paraId="2CCF09AE" w14:textId="77777777" w:rsidR="009A260E" w:rsidRDefault="009A260E" w:rsidP="009A260E">
      <w:pPr>
        <w:pStyle w:val="Nadpis2"/>
        <w:spacing w:before="480" w:after="240" w:line="240" w:lineRule="auto"/>
        <w:ind w:left="-567"/>
      </w:pPr>
      <w:r>
        <w:t>A. PARTICIPANT INFORMATION</w:t>
      </w:r>
    </w:p>
    <w:tbl>
      <w:tblPr>
        <w:tblStyle w:val="Mkatabulky"/>
        <w:tblW w:w="9639" w:type="dxa"/>
        <w:tblInd w:w="-459" w:type="dxa"/>
        <w:tblLook w:val="04A0" w:firstRow="1" w:lastRow="0" w:firstColumn="1" w:lastColumn="0" w:noHBand="0" w:noVBand="1"/>
      </w:tblPr>
      <w:tblGrid>
        <w:gridCol w:w="3969"/>
        <w:gridCol w:w="5670"/>
      </w:tblGrid>
      <w:tr w:rsidR="009A260E" w14:paraId="228E9C11" w14:textId="77777777" w:rsidTr="00676B6B">
        <w:trPr>
          <w:trHeight w:val="340"/>
        </w:trPr>
        <w:tc>
          <w:tcPr>
            <w:tcW w:w="3969" w:type="dxa"/>
            <w:vAlign w:val="center"/>
          </w:tcPr>
          <w:p w14:paraId="1DB31548" w14:textId="77777777" w:rsidR="009A260E" w:rsidRPr="00A31EF5" w:rsidRDefault="009A260E" w:rsidP="00676B6B">
            <w:pPr>
              <w:spacing w:before="40" w:after="40"/>
              <w:rPr>
                <w:b/>
                <w:bCs/>
              </w:rPr>
            </w:pPr>
            <w:r w:rsidRPr="00A31EF5">
              <w:rPr>
                <w:b/>
                <w:bCs/>
              </w:rPr>
              <w:t>Student Name</w:t>
            </w:r>
          </w:p>
        </w:tc>
        <w:sdt>
          <w:sdtPr>
            <w:id w:val="-1689139688"/>
            <w:placeholder>
              <w:docPart w:val="09165F04379A41E2B2229E67465830C8"/>
            </w:placeholder>
            <w:showingPlcHdr/>
          </w:sdtPr>
          <w:sdtContent>
            <w:tc>
              <w:tcPr>
                <w:tcW w:w="5670" w:type="dxa"/>
                <w:vAlign w:val="center"/>
              </w:tcPr>
              <w:p w14:paraId="7A44200D" w14:textId="77777777" w:rsidR="009A260E" w:rsidRDefault="009A260E" w:rsidP="00676B6B">
                <w:pPr>
                  <w:spacing w:before="40" w:after="40"/>
                </w:pPr>
                <w:r w:rsidRPr="00DB3F06">
                  <w:rPr>
                    <w:rStyle w:val="Zstupntext"/>
                  </w:rPr>
                  <w:t>Klikněte nebo klepněte sem a zadejte text.</w:t>
                </w:r>
              </w:p>
            </w:tc>
          </w:sdtContent>
        </w:sdt>
      </w:tr>
      <w:tr w:rsidR="009A260E" w14:paraId="048AC738" w14:textId="77777777" w:rsidTr="00676B6B">
        <w:trPr>
          <w:trHeight w:val="340"/>
        </w:trPr>
        <w:tc>
          <w:tcPr>
            <w:tcW w:w="3969" w:type="dxa"/>
            <w:vAlign w:val="center"/>
          </w:tcPr>
          <w:p w14:paraId="6BEA9067" w14:textId="77777777" w:rsidR="009A260E" w:rsidRPr="00A31EF5" w:rsidRDefault="009A260E" w:rsidP="00676B6B">
            <w:pPr>
              <w:spacing w:before="40" w:after="40"/>
              <w:rPr>
                <w:b/>
                <w:bCs/>
              </w:rPr>
            </w:pPr>
            <w:r w:rsidRPr="00A31EF5">
              <w:rPr>
                <w:b/>
                <w:bCs/>
              </w:rPr>
              <w:t>Doctoral Study Programme</w:t>
            </w:r>
          </w:p>
        </w:tc>
        <w:sdt>
          <w:sdtPr>
            <w:id w:val="195896628"/>
            <w:placeholder>
              <w:docPart w:val="09165F04379A41E2B2229E67465830C8"/>
            </w:placeholder>
            <w:showingPlcHdr/>
          </w:sdtPr>
          <w:sdtContent>
            <w:tc>
              <w:tcPr>
                <w:tcW w:w="5670" w:type="dxa"/>
                <w:vAlign w:val="center"/>
              </w:tcPr>
              <w:p w14:paraId="20B2C05F" w14:textId="77777777" w:rsidR="009A260E" w:rsidRDefault="009A260E" w:rsidP="00676B6B">
                <w:pPr>
                  <w:spacing w:before="40" w:after="40"/>
                </w:pPr>
                <w:r w:rsidRPr="00DB3F06">
                  <w:rPr>
                    <w:rStyle w:val="Zstupntext"/>
                  </w:rPr>
                  <w:t>Klikněte nebo klepněte sem a zadejte text.</w:t>
                </w:r>
              </w:p>
            </w:tc>
          </w:sdtContent>
        </w:sdt>
      </w:tr>
      <w:tr w:rsidR="009A260E" w14:paraId="61ED77D5" w14:textId="77777777" w:rsidTr="00676B6B">
        <w:trPr>
          <w:trHeight w:val="340"/>
        </w:trPr>
        <w:tc>
          <w:tcPr>
            <w:tcW w:w="3969" w:type="dxa"/>
            <w:vAlign w:val="center"/>
          </w:tcPr>
          <w:p w14:paraId="5F4193A3" w14:textId="77777777" w:rsidR="009A260E" w:rsidRPr="00A31EF5" w:rsidRDefault="009A260E" w:rsidP="00676B6B">
            <w:pPr>
              <w:spacing w:before="40" w:after="40"/>
              <w:rPr>
                <w:b/>
                <w:bCs/>
              </w:rPr>
            </w:pPr>
            <w:r w:rsidRPr="00A31EF5">
              <w:rPr>
                <w:b/>
                <w:bCs/>
              </w:rPr>
              <w:t>Home Institution</w:t>
            </w:r>
          </w:p>
        </w:tc>
        <w:tc>
          <w:tcPr>
            <w:tcW w:w="5670" w:type="dxa"/>
            <w:vAlign w:val="center"/>
          </w:tcPr>
          <w:p w14:paraId="71C9B339" w14:textId="77777777" w:rsidR="009A260E" w:rsidRDefault="009A260E" w:rsidP="00676B6B">
            <w:pPr>
              <w:spacing w:before="40" w:after="40"/>
            </w:pPr>
            <w:r>
              <w:t>University of South Bohemia in České Budějovice</w:t>
            </w:r>
          </w:p>
        </w:tc>
      </w:tr>
      <w:tr w:rsidR="009A260E" w14:paraId="7B6380A0" w14:textId="77777777" w:rsidTr="00676B6B">
        <w:trPr>
          <w:trHeight w:val="340"/>
        </w:trPr>
        <w:tc>
          <w:tcPr>
            <w:tcW w:w="3969" w:type="dxa"/>
            <w:vAlign w:val="center"/>
          </w:tcPr>
          <w:p w14:paraId="6E1B1665" w14:textId="77777777" w:rsidR="009A260E" w:rsidRPr="00A31EF5" w:rsidRDefault="009A260E" w:rsidP="00676B6B">
            <w:pPr>
              <w:spacing w:before="40" w:after="40"/>
              <w:rPr>
                <w:b/>
                <w:bCs/>
              </w:rPr>
            </w:pPr>
            <w:r w:rsidRPr="00A31EF5">
              <w:rPr>
                <w:b/>
                <w:bCs/>
              </w:rPr>
              <w:t>Title of Dissertation Thesis</w:t>
            </w:r>
          </w:p>
        </w:tc>
        <w:sdt>
          <w:sdtPr>
            <w:id w:val="580799012"/>
            <w:placeholder>
              <w:docPart w:val="09165F04379A41E2B2229E67465830C8"/>
            </w:placeholder>
            <w:showingPlcHdr/>
          </w:sdtPr>
          <w:sdtContent>
            <w:tc>
              <w:tcPr>
                <w:tcW w:w="5670" w:type="dxa"/>
                <w:vAlign w:val="center"/>
              </w:tcPr>
              <w:p w14:paraId="20370FBD" w14:textId="77777777" w:rsidR="009A260E" w:rsidRDefault="009A260E" w:rsidP="00676B6B">
                <w:pPr>
                  <w:spacing w:before="40" w:after="40"/>
                </w:pPr>
                <w:r w:rsidRPr="00DB3F06">
                  <w:rPr>
                    <w:rStyle w:val="Zstupntext"/>
                  </w:rPr>
                  <w:t>Klikněte nebo klepněte sem a zadejte text.</w:t>
                </w:r>
              </w:p>
            </w:tc>
          </w:sdtContent>
        </w:sdt>
      </w:tr>
      <w:tr w:rsidR="009A260E" w14:paraId="3B70054D" w14:textId="77777777" w:rsidTr="00676B6B">
        <w:trPr>
          <w:trHeight w:val="340"/>
        </w:trPr>
        <w:tc>
          <w:tcPr>
            <w:tcW w:w="3969" w:type="dxa"/>
            <w:vAlign w:val="center"/>
          </w:tcPr>
          <w:p w14:paraId="334A7875" w14:textId="77777777" w:rsidR="009A260E" w:rsidRPr="00A31EF5" w:rsidRDefault="009A260E" w:rsidP="00676B6B">
            <w:pPr>
              <w:spacing w:before="40" w:after="40"/>
              <w:rPr>
                <w:b/>
                <w:bCs/>
              </w:rPr>
            </w:pPr>
            <w:r w:rsidRPr="00A31EF5">
              <w:rPr>
                <w:b/>
                <w:bCs/>
              </w:rPr>
              <w:t>Home Supervisor</w:t>
            </w:r>
          </w:p>
        </w:tc>
        <w:sdt>
          <w:sdtPr>
            <w:id w:val="-1702630983"/>
            <w:placeholder>
              <w:docPart w:val="09165F04379A41E2B2229E67465830C8"/>
            </w:placeholder>
            <w:showingPlcHdr/>
          </w:sdtPr>
          <w:sdtContent>
            <w:tc>
              <w:tcPr>
                <w:tcW w:w="5670" w:type="dxa"/>
                <w:vAlign w:val="center"/>
              </w:tcPr>
              <w:p w14:paraId="4AFBDD92" w14:textId="77777777" w:rsidR="009A260E" w:rsidRDefault="009A260E" w:rsidP="00676B6B">
                <w:pPr>
                  <w:spacing w:before="40" w:after="40"/>
                </w:pPr>
                <w:r w:rsidRPr="00DB3F06">
                  <w:rPr>
                    <w:rStyle w:val="Zstupntext"/>
                  </w:rPr>
                  <w:t>Klikněte nebo klepněte sem a zadejte text.</w:t>
                </w:r>
              </w:p>
            </w:tc>
          </w:sdtContent>
        </w:sdt>
      </w:tr>
      <w:tr w:rsidR="009A260E" w14:paraId="7F820AD8" w14:textId="77777777" w:rsidTr="00676B6B">
        <w:trPr>
          <w:trHeight w:val="340"/>
        </w:trPr>
        <w:tc>
          <w:tcPr>
            <w:tcW w:w="3969" w:type="dxa"/>
            <w:vAlign w:val="center"/>
          </w:tcPr>
          <w:p w14:paraId="53883DF4" w14:textId="77777777" w:rsidR="009A260E" w:rsidRPr="00A31EF5" w:rsidRDefault="009A260E" w:rsidP="00676B6B">
            <w:pPr>
              <w:spacing w:before="40" w:after="40"/>
              <w:rPr>
                <w:b/>
                <w:bCs/>
              </w:rPr>
            </w:pPr>
            <w:r w:rsidRPr="00A31EF5">
              <w:rPr>
                <w:b/>
                <w:bCs/>
              </w:rPr>
              <w:t>Mobility Period</w:t>
            </w:r>
          </w:p>
        </w:tc>
        <w:tc>
          <w:tcPr>
            <w:tcW w:w="5670" w:type="dxa"/>
            <w:vAlign w:val="center"/>
          </w:tcPr>
          <w:p w14:paraId="2CBD9175" w14:textId="77777777" w:rsidR="009A260E" w:rsidRPr="00E207F0" w:rsidRDefault="009A260E" w:rsidP="00676B6B">
            <w:pPr>
              <w:spacing w:before="40" w:after="40"/>
              <w:rPr>
                <w:b/>
                <w:bCs/>
              </w:rPr>
            </w:pPr>
            <w:r w:rsidRPr="00E207F0">
              <w:t>From</w:t>
            </w:r>
            <w:r w:rsidRPr="00E207F0">
              <w:rPr>
                <w:b/>
                <w:bCs/>
              </w:rPr>
              <w:t xml:space="preserve"> </w:t>
            </w:r>
            <w:r w:rsidRPr="00E207F0">
              <w:rPr>
                <w:b/>
                <w:bCs/>
                <w:sz w:val="23"/>
                <w:szCs w:val="23"/>
              </w:rPr>
              <w:t>dd/mm/yyyy</w:t>
            </w:r>
            <w:r w:rsidRPr="00E207F0">
              <w:rPr>
                <w:b/>
                <w:bCs/>
              </w:rPr>
              <w:t xml:space="preserve"> </w:t>
            </w:r>
            <w:r w:rsidRPr="00E207F0">
              <w:t>to</w:t>
            </w:r>
            <w:r w:rsidRPr="00E207F0">
              <w:rPr>
                <w:b/>
                <w:bCs/>
              </w:rPr>
              <w:t xml:space="preserve"> </w:t>
            </w:r>
            <w:r w:rsidRPr="00E207F0">
              <w:rPr>
                <w:b/>
                <w:bCs/>
                <w:sz w:val="23"/>
                <w:szCs w:val="23"/>
              </w:rPr>
              <w:t>dd/mm/yyyy</w:t>
            </w:r>
          </w:p>
        </w:tc>
      </w:tr>
    </w:tbl>
    <w:p w14:paraId="3AE6FC67" w14:textId="77777777" w:rsidR="009A260E" w:rsidRDefault="009A260E" w:rsidP="009A260E">
      <w:pPr>
        <w:pStyle w:val="Nadpis2"/>
        <w:spacing w:before="360" w:after="240" w:line="240" w:lineRule="auto"/>
        <w:ind w:left="-567"/>
      </w:pPr>
      <w:r>
        <w:t>B. RECEIVING INSTITUTION</w:t>
      </w:r>
    </w:p>
    <w:tbl>
      <w:tblPr>
        <w:tblStyle w:val="Mkatabulky"/>
        <w:tblW w:w="9639" w:type="dxa"/>
        <w:tblInd w:w="-459" w:type="dxa"/>
        <w:tblLook w:val="04A0" w:firstRow="1" w:lastRow="0" w:firstColumn="1" w:lastColumn="0" w:noHBand="0" w:noVBand="1"/>
      </w:tblPr>
      <w:tblGrid>
        <w:gridCol w:w="3969"/>
        <w:gridCol w:w="5670"/>
      </w:tblGrid>
      <w:tr w:rsidR="009A260E" w14:paraId="3389972F" w14:textId="77777777" w:rsidTr="00676B6B">
        <w:trPr>
          <w:trHeight w:val="340"/>
        </w:trPr>
        <w:tc>
          <w:tcPr>
            <w:tcW w:w="3969" w:type="dxa"/>
            <w:vAlign w:val="center"/>
          </w:tcPr>
          <w:p w14:paraId="4A6DBFAD" w14:textId="77777777" w:rsidR="009A260E" w:rsidRPr="00A31EF5" w:rsidRDefault="009A260E" w:rsidP="00676B6B">
            <w:pPr>
              <w:spacing w:before="40" w:after="40"/>
              <w:rPr>
                <w:b/>
                <w:bCs/>
              </w:rPr>
            </w:pPr>
            <w:r w:rsidRPr="00A31EF5">
              <w:rPr>
                <w:b/>
                <w:bCs/>
              </w:rPr>
              <w:t>Receiving Institution</w:t>
            </w:r>
          </w:p>
        </w:tc>
        <w:sdt>
          <w:sdtPr>
            <w:id w:val="-657610489"/>
            <w:placeholder>
              <w:docPart w:val="09165F04379A41E2B2229E67465830C8"/>
            </w:placeholder>
            <w:showingPlcHdr/>
          </w:sdtPr>
          <w:sdtContent>
            <w:tc>
              <w:tcPr>
                <w:tcW w:w="5670" w:type="dxa"/>
                <w:vAlign w:val="center"/>
              </w:tcPr>
              <w:p w14:paraId="6F5F3BE4" w14:textId="77777777" w:rsidR="009A260E" w:rsidRDefault="009A260E" w:rsidP="00676B6B">
                <w:pPr>
                  <w:spacing w:before="40" w:after="40"/>
                </w:pPr>
                <w:r w:rsidRPr="00DB3F06">
                  <w:rPr>
                    <w:rStyle w:val="Zstupntext"/>
                  </w:rPr>
                  <w:t>Klikněte nebo klepněte sem a zadejte text.</w:t>
                </w:r>
              </w:p>
            </w:tc>
          </w:sdtContent>
        </w:sdt>
      </w:tr>
      <w:tr w:rsidR="009A260E" w14:paraId="1DBDFFF2" w14:textId="77777777" w:rsidTr="00676B6B">
        <w:trPr>
          <w:trHeight w:val="340"/>
        </w:trPr>
        <w:tc>
          <w:tcPr>
            <w:tcW w:w="3969" w:type="dxa"/>
            <w:vAlign w:val="center"/>
          </w:tcPr>
          <w:p w14:paraId="4079BB91" w14:textId="77777777" w:rsidR="009A260E" w:rsidRPr="00A31EF5" w:rsidRDefault="009A260E" w:rsidP="00676B6B">
            <w:pPr>
              <w:spacing w:before="40" w:after="40"/>
              <w:rPr>
                <w:b/>
                <w:bCs/>
              </w:rPr>
            </w:pPr>
            <w:r w:rsidRPr="00A31EF5">
              <w:rPr>
                <w:b/>
                <w:bCs/>
              </w:rPr>
              <w:t xml:space="preserve">Faculty / Department </w:t>
            </w:r>
          </w:p>
        </w:tc>
        <w:sdt>
          <w:sdtPr>
            <w:id w:val="-430501447"/>
            <w:placeholder>
              <w:docPart w:val="09165F04379A41E2B2229E67465830C8"/>
            </w:placeholder>
            <w:showingPlcHdr/>
          </w:sdtPr>
          <w:sdtContent>
            <w:tc>
              <w:tcPr>
                <w:tcW w:w="5670" w:type="dxa"/>
                <w:vAlign w:val="center"/>
              </w:tcPr>
              <w:p w14:paraId="191D8D2F" w14:textId="77777777" w:rsidR="009A260E" w:rsidRDefault="009A260E" w:rsidP="00676B6B">
                <w:pPr>
                  <w:spacing w:before="40" w:after="40"/>
                </w:pPr>
                <w:r w:rsidRPr="00DB3F06">
                  <w:rPr>
                    <w:rStyle w:val="Zstupntext"/>
                  </w:rPr>
                  <w:t>Klikněte nebo klepněte sem a zadejte text.</w:t>
                </w:r>
              </w:p>
            </w:tc>
          </w:sdtContent>
        </w:sdt>
      </w:tr>
    </w:tbl>
    <w:p w14:paraId="37C26D64" w14:textId="7742F37B" w:rsidR="00F05150" w:rsidRDefault="008B0F0F" w:rsidP="00F10FCE">
      <w:pPr>
        <w:spacing w:before="360"/>
        <w:ind w:left="-425" w:right="-431"/>
        <w:jc w:val="both"/>
      </w:pPr>
      <w:r>
        <w:t xml:space="preserve">I hereby confirm that the doctoral candidate completed the activities described in </w:t>
      </w:r>
      <w:r w:rsidR="00F10FCE">
        <w:t>his/her</w:t>
      </w:r>
      <w:r>
        <w:t xml:space="preserve"> Doctoral Mobility Work Plan and actively participated in the academic and research activities of the receiving institution during the mobility period.</w:t>
      </w:r>
    </w:p>
    <w:p w14:paraId="38EB60DB" w14:textId="6321CEBA" w:rsidR="00F05150" w:rsidRDefault="008B0F0F" w:rsidP="00F10FCE">
      <w:pPr>
        <w:spacing w:before="240" w:after="120" w:line="240" w:lineRule="auto"/>
        <w:ind w:left="-425" w:right="-431"/>
      </w:pPr>
      <w:r>
        <w:t>Summary of activities completed:</w:t>
      </w:r>
    </w:p>
    <w:p w14:paraId="1632E2F2" w14:textId="77777777" w:rsidR="00FF3C19" w:rsidRDefault="00F10FCE" w:rsidP="00FF3C19">
      <w:pPr>
        <w:spacing w:before="120" w:line="240" w:lineRule="auto"/>
        <w:ind w:left="-425" w:right="-431"/>
      </w:pPr>
      <w:sdt>
        <w:sdtPr>
          <w:id w:val="-236322114"/>
          <w:placeholder>
            <w:docPart w:val="DefaultPlaceholder_-1854013440"/>
          </w:placeholder>
          <w:showingPlcHdr/>
        </w:sdtPr>
        <w:sdtContent>
          <w:r w:rsidRPr="00DB3F06">
            <w:rPr>
              <w:rStyle w:val="Zstupntext"/>
            </w:rPr>
            <w:t>Klikněte nebo klepněte sem a zadejte text.</w:t>
          </w:r>
        </w:sdtContent>
      </w:sdt>
    </w:p>
    <w:p w14:paraId="594D9385" w14:textId="39C6AEF6" w:rsidR="00F05150" w:rsidRDefault="008B0F0F" w:rsidP="00FF3C19">
      <w:pPr>
        <w:spacing w:before="360" w:after="120" w:line="240" w:lineRule="auto"/>
        <w:ind w:left="-425" w:right="-431"/>
      </w:pPr>
      <w:r>
        <w:t>Main outcomes achieved:</w:t>
      </w:r>
    </w:p>
    <w:sdt>
      <w:sdtPr>
        <w:id w:val="1123271130"/>
        <w:placeholder>
          <w:docPart w:val="DefaultPlaceholder_-1854013440"/>
        </w:placeholder>
        <w:showingPlcHdr/>
      </w:sdtPr>
      <w:sdtContent>
        <w:p w14:paraId="3FCF5F35" w14:textId="1B1403D7" w:rsidR="00FF3C19" w:rsidRDefault="00FF3C19">
          <w:pPr>
            <w:ind w:left="-426" w:right="-432"/>
          </w:pPr>
          <w:r w:rsidRPr="00DB3F06">
            <w:rPr>
              <w:rStyle w:val="Zstupntext"/>
            </w:rPr>
            <w:t>Klikněte nebo klepněte sem a zadejte text.</w:t>
          </w:r>
        </w:p>
      </w:sdtContent>
    </w:sdt>
    <w:p w14:paraId="190B7F0B" w14:textId="77777777" w:rsidR="00FF3C19" w:rsidRDefault="00FF3C19">
      <w:pPr>
        <w:ind w:left="-426" w:right="-432"/>
      </w:pPr>
    </w:p>
    <w:p w14:paraId="6323AE53" w14:textId="69158DA1" w:rsidR="00F05150" w:rsidRDefault="008B0F0F">
      <w:pPr>
        <w:ind w:left="-426" w:right="-432"/>
      </w:pPr>
      <w:r>
        <w:t>Host Academic Supervisor</w:t>
      </w:r>
    </w:p>
    <w:p w14:paraId="6AE388AE" w14:textId="6BEB11D2" w:rsidR="00F05150" w:rsidRDefault="008B0F0F">
      <w:pPr>
        <w:ind w:left="-426" w:right="-432"/>
      </w:pPr>
      <w:r>
        <w:t xml:space="preserve">Name: </w:t>
      </w:r>
      <w:sdt>
        <w:sdtPr>
          <w:id w:val="63534403"/>
          <w:placeholder>
            <w:docPart w:val="DefaultPlaceholder_-1854013440"/>
          </w:placeholder>
          <w:showingPlcHdr/>
        </w:sdtPr>
        <w:sdtContent>
          <w:r w:rsidR="00FF3C19" w:rsidRPr="00DB3F06">
            <w:rPr>
              <w:rStyle w:val="Zstupntext"/>
            </w:rPr>
            <w:t>Klikněte nebo klepněte sem a zadejte text.</w:t>
          </w:r>
        </w:sdtContent>
      </w:sdt>
    </w:p>
    <w:p w14:paraId="35FF75F2" w14:textId="024327D1" w:rsidR="00F05150" w:rsidRDefault="008B0F0F">
      <w:pPr>
        <w:ind w:left="-426" w:right="-432"/>
      </w:pPr>
      <w:r>
        <w:t xml:space="preserve">Institution: </w:t>
      </w:r>
      <w:sdt>
        <w:sdtPr>
          <w:id w:val="1220557049"/>
          <w:placeholder>
            <w:docPart w:val="DefaultPlaceholder_-1854013440"/>
          </w:placeholder>
          <w:showingPlcHdr/>
        </w:sdtPr>
        <w:sdtContent>
          <w:r w:rsidR="00FF3C19" w:rsidRPr="00DB3F06">
            <w:rPr>
              <w:rStyle w:val="Zstupntext"/>
            </w:rPr>
            <w:t>Klikněte nebo klepněte sem a zadejte text.</w:t>
          </w:r>
        </w:sdtContent>
      </w:sdt>
    </w:p>
    <w:p w14:paraId="6FC3AA10" w14:textId="77777777" w:rsidR="00FF3C19" w:rsidRDefault="00FF3C19">
      <w:pPr>
        <w:ind w:left="-426" w:right="-432"/>
      </w:pPr>
    </w:p>
    <w:p w14:paraId="35453E6C" w14:textId="77777777" w:rsidR="00FF3C19" w:rsidRDefault="008B0F0F">
      <w:pPr>
        <w:ind w:left="-426" w:right="-432"/>
      </w:pPr>
      <w:r>
        <w:t xml:space="preserve">Signature: </w:t>
      </w:r>
    </w:p>
    <w:p w14:paraId="245C8CC6" w14:textId="30C4D2E1" w:rsidR="00F05150" w:rsidRDefault="008B0F0F">
      <w:pPr>
        <w:ind w:left="-426" w:right="-432"/>
      </w:pPr>
      <w:r>
        <w:t xml:space="preserve">Date: </w:t>
      </w:r>
    </w:p>
    <w:sectPr w:rsidR="00F05150"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lovanseznam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lovanseznam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Seznamsodrka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Seznamsodrka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lovanseznam"/>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Seznamsodrkami"/>
      <w:lvlText w:val=""/>
      <w:lvlJc w:val="left"/>
      <w:pPr>
        <w:tabs>
          <w:tab w:val="num" w:pos="360"/>
        </w:tabs>
        <w:ind w:left="360" w:hanging="360"/>
      </w:pPr>
      <w:rPr>
        <w:rFonts w:ascii="Symbol" w:hAnsi="Symbol" w:hint="default"/>
      </w:rPr>
    </w:lvl>
  </w:abstractNum>
  <w:num w:numId="1" w16cid:durableId="1644850804">
    <w:abstractNumId w:val="8"/>
  </w:num>
  <w:num w:numId="2" w16cid:durableId="433986892">
    <w:abstractNumId w:val="6"/>
  </w:num>
  <w:num w:numId="3" w16cid:durableId="1208686863">
    <w:abstractNumId w:val="5"/>
  </w:num>
  <w:num w:numId="4" w16cid:durableId="178349958">
    <w:abstractNumId w:val="4"/>
  </w:num>
  <w:num w:numId="5" w16cid:durableId="1574388460">
    <w:abstractNumId w:val="7"/>
  </w:num>
  <w:num w:numId="6" w16cid:durableId="858548075">
    <w:abstractNumId w:val="3"/>
  </w:num>
  <w:num w:numId="7" w16cid:durableId="477768049">
    <w:abstractNumId w:val="2"/>
  </w:num>
  <w:num w:numId="8" w16cid:durableId="1146779599">
    <w:abstractNumId w:val="1"/>
  </w:num>
  <w:num w:numId="9" w16cid:durableId="13427753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7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83426"/>
    <w:rsid w:val="0029639D"/>
    <w:rsid w:val="00326F90"/>
    <w:rsid w:val="00622983"/>
    <w:rsid w:val="008B0F0F"/>
    <w:rsid w:val="009A260E"/>
    <w:rsid w:val="00A31EF5"/>
    <w:rsid w:val="00AA1D8D"/>
    <w:rsid w:val="00AC341A"/>
    <w:rsid w:val="00B47730"/>
    <w:rsid w:val="00CB0664"/>
    <w:rsid w:val="00E207F0"/>
    <w:rsid w:val="00F05150"/>
    <w:rsid w:val="00F10FCE"/>
    <w:rsid w:val="00FC693F"/>
    <w:rsid w:val="00FF3C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DA7A8B5"/>
  <w14:defaultImageDpi w14:val="300"/>
  <w15:docId w15:val="{CB18AF94-23D9-44C3-BEB5-8EDB6150E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C693F"/>
  </w:style>
  <w:style w:type="paragraph" w:styleId="Nadpis1">
    <w:name w:val="heading 1"/>
    <w:basedOn w:val="Normln"/>
    <w:next w:val="Normln"/>
    <w:link w:val="Nadpis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dpis9">
    <w:name w:val="heading 9"/>
    <w:basedOn w:val="Normln"/>
    <w:next w:val="Normln"/>
    <w:link w:val="Nadpis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618BF"/>
    <w:pPr>
      <w:tabs>
        <w:tab w:val="center" w:pos="4680"/>
        <w:tab w:val="right" w:pos="9360"/>
      </w:tabs>
      <w:spacing w:after="0" w:line="240" w:lineRule="auto"/>
    </w:pPr>
  </w:style>
  <w:style w:type="character" w:customStyle="1" w:styleId="ZhlavChar">
    <w:name w:val="Záhlaví Char"/>
    <w:basedOn w:val="Standardnpsmoodstavce"/>
    <w:link w:val="Zhlav"/>
    <w:uiPriority w:val="99"/>
    <w:rsid w:val="00E618BF"/>
  </w:style>
  <w:style w:type="paragraph" w:styleId="Zpat">
    <w:name w:val="footer"/>
    <w:basedOn w:val="Normln"/>
    <w:link w:val="ZpatChar"/>
    <w:uiPriority w:val="99"/>
    <w:unhideWhenUsed/>
    <w:rsid w:val="00E618BF"/>
    <w:pPr>
      <w:tabs>
        <w:tab w:val="center" w:pos="4680"/>
        <w:tab w:val="right" w:pos="9360"/>
      </w:tabs>
      <w:spacing w:after="0" w:line="240" w:lineRule="auto"/>
    </w:pPr>
  </w:style>
  <w:style w:type="character" w:customStyle="1" w:styleId="ZpatChar">
    <w:name w:val="Zápatí Char"/>
    <w:basedOn w:val="Standardnpsmoodstavce"/>
    <w:link w:val="Zpat"/>
    <w:uiPriority w:val="99"/>
    <w:rsid w:val="00E618BF"/>
  </w:style>
  <w:style w:type="paragraph" w:styleId="Bezmezer">
    <w:name w:val="No Spacing"/>
    <w:uiPriority w:val="1"/>
    <w:qFormat/>
    <w:rsid w:val="00FC693F"/>
    <w:pPr>
      <w:spacing w:after="0" w:line="240" w:lineRule="auto"/>
    </w:pPr>
  </w:style>
  <w:style w:type="character" w:customStyle="1" w:styleId="Nadpis1Char">
    <w:name w:val="Nadpis 1 Char"/>
    <w:basedOn w:val="Standardnpsmoodstavce"/>
    <w:link w:val="Nadpis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uiPriority w:val="9"/>
    <w:rsid w:val="00FC693F"/>
    <w:rPr>
      <w:rFonts w:asciiTheme="majorHAnsi" w:eastAsiaTheme="majorEastAsia" w:hAnsiTheme="majorHAnsi" w:cstheme="majorBidi"/>
      <w:b/>
      <w:bCs/>
      <w:color w:val="4F81BD" w:themeColor="accent1"/>
      <w:sz w:val="26"/>
      <w:szCs w:val="26"/>
    </w:rPr>
  </w:style>
  <w:style w:type="character" w:customStyle="1" w:styleId="Nadpis3Char">
    <w:name w:val="Nadpis 3 Char"/>
    <w:basedOn w:val="Standardnpsmoodstavce"/>
    <w:link w:val="Nadpis3"/>
    <w:uiPriority w:val="9"/>
    <w:rsid w:val="00FC693F"/>
    <w:rPr>
      <w:rFonts w:asciiTheme="majorHAnsi" w:eastAsiaTheme="majorEastAsia" w:hAnsiTheme="majorHAnsi" w:cstheme="majorBidi"/>
      <w:b/>
      <w:bCs/>
      <w:color w:val="4F81BD" w:themeColor="accent1"/>
    </w:rPr>
  </w:style>
  <w:style w:type="paragraph" w:styleId="Nzev">
    <w:name w:val="Title"/>
    <w:basedOn w:val="Normln"/>
    <w:next w:val="Normln"/>
    <w:link w:val="Nzev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nadpis">
    <w:name w:val="Subtitle"/>
    <w:basedOn w:val="Normln"/>
    <w:next w:val="Normln"/>
    <w:link w:val="Podnadpis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nadpisChar">
    <w:name w:val="Podnadpis Char"/>
    <w:basedOn w:val="Standardnpsmoodstavce"/>
    <w:link w:val="Podnadpis"/>
    <w:uiPriority w:val="11"/>
    <w:rsid w:val="00FC693F"/>
    <w:rPr>
      <w:rFonts w:asciiTheme="majorHAnsi" w:eastAsiaTheme="majorEastAsia" w:hAnsiTheme="majorHAnsi" w:cstheme="majorBidi"/>
      <w:i/>
      <w:iCs/>
      <w:color w:val="4F81BD" w:themeColor="accent1"/>
      <w:spacing w:val="15"/>
      <w:sz w:val="24"/>
      <w:szCs w:val="24"/>
    </w:rPr>
  </w:style>
  <w:style w:type="paragraph" w:styleId="Odstavecseseznamem">
    <w:name w:val="List Paragraph"/>
    <w:basedOn w:val="Normln"/>
    <w:uiPriority w:val="34"/>
    <w:qFormat/>
    <w:rsid w:val="00FC693F"/>
    <w:pPr>
      <w:ind w:left="720"/>
      <w:contextualSpacing/>
    </w:pPr>
  </w:style>
  <w:style w:type="paragraph" w:styleId="Zkladntext">
    <w:name w:val="Body Text"/>
    <w:basedOn w:val="Normln"/>
    <w:link w:val="ZkladntextChar"/>
    <w:uiPriority w:val="99"/>
    <w:unhideWhenUsed/>
    <w:rsid w:val="00AA1D8D"/>
    <w:pPr>
      <w:spacing w:after="120"/>
    </w:pPr>
  </w:style>
  <w:style w:type="character" w:customStyle="1" w:styleId="ZkladntextChar">
    <w:name w:val="Základní text Char"/>
    <w:basedOn w:val="Standardnpsmoodstavce"/>
    <w:link w:val="Zkladntext"/>
    <w:uiPriority w:val="99"/>
    <w:rsid w:val="00AA1D8D"/>
  </w:style>
  <w:style w:type="paragraph" w:styleId="Zkladntext2">
    <w:name w:val="Body Text 2"/>
    <w:basedOn w:val="Normln"/>
    <w:link w:val="Zkladntext2Char"/>
    <w:uiPriority w:val="99"/>
    <w:unhideWhenUsed/>
    <w:rsid w:val="00AA1D8D"/>
    <w:pPr>
      <w:spacing w:after="120" w:line="480" w:lineRule="auto"/>
    </w:pPr>
  </w:style>
  <w:style w:type="character" w:customStyle="1" w:styleId="Zkladntext2Char">
    <w:name w:val="Základní text 2 Char"/>
    <w:basedOn w:val="Standardnpsmoodstavce"/>
    <w:link w:val="Zkladntext2"/>
    <w:uiPriority w:val="99"/>
    <w:rsid w:val="00AA1D8D"/>
  </w:style>
  <w:style w:type="paragraph" w:styleId="Zkladntext3">
    <w:name w:val="Body Text 3"/>
    <w:basedOn w:val="Normln"/>
    <w:link w:val="Zkladntext3Char"/>
    <w:uiPriority w:val="99"/>
    <w:unhideWhenUsed/>
    <w:rsid w:val="00AA1D8D"/>
    <w:pPr>
      <w:spacing w:after="120"/>
    </w:pPr>
    <w:rPr>
      <w:sz w:val="16"/>
      <w:szCs w:val="16"/>
    </w:rPr>
  </w:style>
  <w:style w:type="character" w:customStyle="1" w:styleId="Zkladntext3Char">
    <w:name w:val="Základní text 3 Char"/>
    <w:basedOn w:val="Standardnpsmoodstavce"/>
    <w:link w:val="Zkladntext3"/>
    <w:uiPriority w:val="99"/>
    <w:rsid w:val="00AA1D8D"/>
    <w:rPr>
      <w:sz w:val="16"/>
      <w:szCs w:val="16"/>
    </w:rPr>
  </w:style>
  <w:style w:type="paragraph" w:styleId="Seznam">
    <w:name w:val="List"/>
    <w:basedOn w:val="Normln"/>
    <w:uiPriority w:val="99"/>
    <w:unhideWhenUsed/>
    <w:rsid w:val="00AA1D8D"/>
    <w:pPr>
      <w:ind w:left="360" w:hanging="360"/>
      <w:contextualSpacing/>
    </w:pPr>
  </w:style>
  <w:style w:type="paragraph" w:styleId="Seznam2">
    <w:name w:val="List 2"/>
    <w:basedOn w:val="Normln"/>
    <w:uiPriority w:val="99"/>
    <w:unhideWhenUsed/>
    <w:rsid w:val="00326F90"/>
    <w:pPr>
      <w:ind w:left="720" w:hanging="360"/>
      <w:contextualSpacing/>
    </w:pPr>
  </w:style>
  <w:style w:type="paragraph" w:styleId="Seznam3">
    <w:name w:val="List 3"/>
    <w:basedOn w:val="Normln"/>
    <w:uiPriority w:val="99"/>
    <w:unhideWhenUsed/>
    <w:rsid w:val="00326F90"/>
    <w:pPr>
      <w:ind w:left="1080" w:hanging="360"/>
      <w:contextualSpacing/>
    </w:pPr>
  </w:style>
  <w:style w:type="paragraph" w:styleId="Seznamsodrkami">
    <w:name w:val="List Bullet"/>
    <w:basedOn w:val="Normln"/>
    <w:uiPriority w:val="99"/>
    <w:unhideWhenUsed/>
    <w:rsid w:val="00326F90"/>
    <w:pPr>
      <w:numPr>
        <w:numId w:val="1"/>
      </w:numPr>
      <w:contextualSpacing/>
    </w:pPr>
  </w:style>
  <w:style w:type="paragraph" w:styleId="Seznamsodrkami2">
    <w:name w:val="List Bullet 2"/>
    <w:basedOn w:val="Normln"/>
    <w:uiPriority w:val="99"/>
    <w:unhideWhenUsed/>
    <w:rsid w:val="00326F90"/>
    <w:pPr>
      <w:numPr>
        <w:numId w:val="2"/>
      </w:numPr>
      <w:contextualSpacing/>
    </w:pPr>
  </w:style>
  <w:style w:type="paragraph" w:styleId="Seznamsodrkami3">
    <w:name w:val="List Bullet 3"/>
    <w:basedOn w:val="Normln"/>
    <w:uiPriority w:val="99"/>
    <w:unhideWhenUsed/>
    <w:rsid w:val="00326F90"/>
    <w:pPr>
      <w:numPr>
        <w:numId w:val="3"/>
      </w:numPr>
      <w:contextualSpacing/>
    </w:pPr>
  </w:style>
  <w:style w:type="paragraph" w:styleId="slovanseznam">
    <w:name w:val="List Number"/>
    <w:basedOn w:val="Normln"/>
    <w:uiPriority w:val="99"/>
    <w:unhideWhenUsed/>
    <w:rsid w:val="00326F90"/>
    <w:pPr>
      <w:numPr>
        <w:numId w:val="5"/>
      </w:numPr>
      <w:contextualSpacing/>
    </w:pPr>
  </w:style>
  <w:style w:type="paragraph" w:styleId="slovanseznam2">
    <w:name w:val="List Number 2"/>
    <w:basedOn w:val="Normln"/>
    <w:uiPriority w:val="99"/>
    <w:unhideWhenUsed/>
    <w:rsid w:val="0029639D"/>
    <w:pPr>
      <w:numPr>
        <w:numId w:val="6"/>
      </w:numPr>
      <w:contextualSpacing/>
    </w:pPr>
  </w:style>
  <w:style w:type="paragraph" w:styleId="slovanseznam3">
    <w:name w:val="List Number 3"/>
    <w:basedOn w:val="Normln"/>
    <w:uiPriority w:val="99"/>
    <w:unhideWhenUsed/>
    <w:rsid w:val="0029639D"/>
    <w:pPr>
      <w:numPr>
        <w:numId w:val="7"/>
      </w:numPr>
      <w:contextualSpacing/>
    </w:pPr>
  </w:style>
  <w:style w:type="paragraph" w:styleId="Pokraovnseznamu">
    <w:name w:val="List Continue"/>
    <w:basedOn w:val="Normln"/>
    <w:uiPriority w:val="99"/>
    <w:unhideWhenUsed/>
    <w:rsid w:val="0029639D"/>
    <w:pPr>
      <w:spacing w:after="120"/>
      <w:ind w:left="360"/>
      <w:contextualSpacing/>
    </w:pPr>
  </w:style>
  <w:style w:type="paragraph" w:styleId="Pokraovnseznamu2">
    <w:name w:val="List Continue 2"/>
    <w:basedOn w:val="Normln"/>
    <w:uiPriority w:val="99"/>
    <w:unhideWhenUsed/>
    <w:rsid w:val="0029639D"/>
    <w:pPr>
      <w:spacing w:after="120"/>
      <w:ind w:left="720"/>
      <w:contextualSpacing/>
    </w:pPr>
  </w:style>
  <w:style w:type="paragraph" w:styleId="Pokraovnseznamu3">
    <w:name w:val="List Continue 3"/>
    <w:basedOn w:val="Normln"/>
    <w:uiPriority w:val="99"/>
    <w:unhideWhenUsed/>
    <w:rsid w:val="0029639D"/>
    <w:pPr>
      <w:spacing w:after="120"/>
      <w:ind w:left="1080"/>
      <w:contextualSpacing/>
    </w:pPr>
  </w:style>
  <w:style w:type="paragraph" w:styleId="Textmakra">
    <w:name w:val="macro"/>
    <w:link w:val="Textmakra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makraChar">
    <w:name w:val="Text makra Char"/>
    <w:basedOn w:val="Standardnpsmoodstavce"/>
    <w:link w:val="Textmakra"/>
    <w:uiPriority w:val="99"/>
    <w:rsid w:val="0029639D"/>
    <w:rPr>
      <w:rFonts w:ascii="Courier" w:hAnsi="Courier"/>
      <w:sz w:val="20"/>
      <w:szCs w:val="20"/>
    </w:rPr>
  </w:style>
  <w:style w:type="paragraph" w:styleId="Citt">
    <w:name w:val="Quote"/>
    <w:basedOn w:val="Normln"/>
    <w:next w:val="Normln"/>
    <w:link w:val="CittChar"/>
    <w:uiPriority w:val="29"/>
    <w:qFormat/>
    <w:rsid w:val="00FC693F"/>
    <w:rPr>
      <w:i/>
      <w:iCs/>
      <w:color w:val="000000" w:themeColor="text1"/>
    </w:rPr>
  </w:style>
  <w:style w:type="character" w:customStyle="1" w:styleId="CittChar">
    <w:name w:val="Citát Char"/>
    <w:basedOn w:val="Standardnpsmoodstavce"/>
    <w:link w:val="Citt"/>
    <w:uiPriority w:val="29"/>
    <w:rsid w:val="00FC693F"/>
    <w:rPr>
      <w:i/>
      <w:iCs/>
      <w:color w:val="000000" w:themeColor="text1"/>
    </w:rPr>
  </w:style>
  <w:style w:type="character" w:customStyle="1" w:styleId="Nadpis4Char">
    <w:name w:val="Nadpis 4 Char"/>
    <w:basedOn w:val="Standardnpsmoodstavce"/>
    <w:link w:val="Nadpis4"/>
    <w:uiPriority w:val="9"/>
    <w:semiHidden/>
    <w:rsid w:val="00FC693F"/>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uiPriority w:val="9"/>
    <w:semiHidden/>
    <w:rsid w:val="00FC693F"/>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uiPriority w:val="9"/>
    <w:semiHidden/>
    <w:rsid w:val="00FC693F"/>
    <w:rPr>
      <w:rFonts w:asciiTheme="majorHAnsi" w:eastAsiaTheme="majorEastAsia" w:hAnsiTheme="majorHAnsi" w:cstheme="majorBidi"/>
      <w:i/>
      <w:iCs/>
      <w:color w:val="243F60" w:themeColor="accent1" w:themeShade="7F"/>
    </w:rPr>
  </w:style>
  <w:style w:type="character" w:customStyle="1" w:styleId="Nadpis7Char">
    <w:name w:val="Nadpis 7 Char"/>
    <w:basedOn w:val="Standardnpsmoodstavce"/>
    <w:link w:val="Nadpis7"/>
    <w:uiPriority w:val="9"/>
    <w:semiHidden/>
    <w:rsid w:val="00FC693F"/>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semiHidden/>
    <w:rsid w:val="00FC693F"/>
    <w:rPr>
      <w:rFonts w:asciiTheme="majorHAnsi" w:eastAsiaTheme="majorEastAsia" w:hAnsiTheme="majorHAnsi" w:cstheme="majorBidi"/>
      <w:color w:val="4F81BD" w:themeColor="accent1"/>
      <w:sz w:val="20"/>
      <w:szCs w:val="20"/>
    </w:rPr>
  </w:style>
  <w:style w:type="character" w:customStyle="1" w:styleId="Nadpis9Char">
    <w:name w:val="Nadpis 9 Char"/>
    <w:basedOn w:val="Standardnpsmoodstavce"/>
    <w:link w:val="Nadpis9"/>
    <w:uiPriority w:val="9"/>
    <w:semiHidden/>
    <w:rsid w:val="00FC693F"/>
    <w:rPr>
      <w:rFonts w:asciiTheme="majorHAnsi" w:eastAsiaTheme="majorEastAsia" w:hAnsiTheme="majorHAnsi" w:cstheme="majorBidi"/>
      <w:i/>
      <w:iCs/>
      <w:color w:val="404040" w:themeColor="text1" w:themeTint="BF"/>
      <w:sz w:val="20"/>
      <w:szCs w:val="20"/>
    </w:rPr>
  </w:style>
  <w:style w:type="paragraph" w:styleId="Titulek">
    <w:name w:val="caption"/>
    <w:basedOn w:val="Normln"/>
    <w:next w:val="Normln"/>
    <w:uiPriority w:val="35"/>
    <w:semiHidden/>
    <w:unhideWhenUsed/>
    <w:qFormat/>
    <w:rsid w:val="00FC693F"/>
    <w:pPr>
      <w:spacing w:line="240" w:lineRule="auto"/>
    </w:pPr>
    <w:rPr>
      <w:b/>
      <w:bCs/>
      <w:color w:val="4F81BD" w:themeColor="accent1"/>
      <w:sz w:val="18"/>
      <w:szCs w:val="18"/>
    </w:rPr>
  </w:style>
  <w:style w:type="character" w:styleId="Siln">
    <w:name w:val="Strong"/>
    <w:basedOn w:val="Standardnpsmoodstavce"/>
    <w:uiPriority w:val="22"/>
    <w:qFormat/>
    <w:rsid w:val="00FC693F"/>
    <w:rPr>
      <w:b/>
      <w:bCs/>
    </w:rPr>
  </w:style>
  <w:style w:type="character" w:styleId="Zdraznn">
    <w:name w:val="Emphasis"/>
    <w:basedOn w:val="Standardnpsmoodstavce"/>
    <w:uiPriority w:val="20"/>
    <w:qFormat/>
    <w:rsid w:val="00FC693F"/>
    <w:rPr>
      <w:i/>
      <w:iCs/>
    </w:rPr>
  </w:style>
  <w:style w:type="paragraph" w:styleId="Vrazncitt">
    <w:name w:val="Intense Quote"/>
    <w:basedOn w:val="Normln"/>
    <w:next w:val="Normln"/>
    <w:link w:val="Vrazncit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VrazncittChar">
    <w:name w:val="Výrazný citát Char"/>
    <w:basedOn w:val="Standardnpsmoodstavce"/>
    <w:link w:val="Vrazncitt"/>
    <w:uiPriority w:val="30"/>
    <w:rsid w:val="00FC693F"/>
    <w:rPr>
      <w:b/>
      <w:bCs/>
      <w:i/>
      <w:iCs/>
      <w:color w:val="4F81BD" w:themeColor="accent1"/>
    </w:rPr>
  </w:style>
  <w:style w:type="character" w:styleId="Zdraznnjemn">
    <w:name w:val="Subtle Emphasis"/>
    <w:basedOn w:val="Standardnpsmoodstavce"/>
    <w:uiPriority w:val="19"/>
    <w:qFormat/>
    <w:rsid w:val="00FC693F"/>
    <w:rPr>
      <w:i/>
      <w:iCs/>
      <w:color w:val="808080" w:themeColor="text1" w:themeTint="7F"/>
    </w:rPr>
  </w:style>
  <w:style w:type="character" w:styleId="Zdraznnintenzivn">
    <w:name w:val="Intense Emphasis"/>
    <w:basedOn w:val="Standardnpsmoodstavce"/>
    <w:uiPriority w:val="21"/>
    <w:qFormat/>
    <w:rsid w:val="00FC693F"/>
    <w:rPr>
      <w:b/>
      <w:bCs/>
      <w:i/>
      <w:iCs/>
      <w:color w:val="4F81BD" w:themeColor="accent1"/>
    </w:rPr>
  </w:style>
  <w:style w:type="character" w:styleId="Odkazjemn">
    <w:name w:val="Subtle Reference"/>
    <w:basedOn w:val="Standardnpsmoodstavce"/>
    <w:uiPriority w:val="31"/>
    <w:qFormat/>
    <w:rsid w:val="00FC693F"/>
    <w:rPr>
      <w:smallCaps/>
      <w:color w:val="C0504D" w:themeColor="accent2"/>
      <w:u w:val="single"/>
    </w:rPr>
  </w:style>
  <w:style w:type="character" w:styleId="Odkazintenzivn">
    <w:name w:val="Intense Reference"/>
    <w:basedOn w:val="Standardnpsmoodstavce"/>
    <w:uiPriority w:val="32"/>
    <w:qFormat/>
    <w:rsid w:val="00FC693F"/>
    <w:rPr>
      <w:b/>
      <w:bCs/>
      <w:smallCaps/>
      <w:color w:val="C0504D" w:themeColor="accent2"/>
      <w:spacing w:val="5"/>
      <w:u w:val="single"/>
    </w:rPr>
  </w:style>
  <w:style w:type="character" w:styleId="Nzevknihy">
    <w:name w:val="Book Title"/>
    <w:basedOn w:val="Standardnpsmoodstavce"/>
    <w:uiPriority w:val="33"/>
    <w:qFormat/>
    <w:rsid w:val="00FC693F"/>
    <w:rPr>
      <w:b/>
      <w:bCs/>
      <w:smallCaps/>
      <w:spacing w:val="5"/>
    </w:rPr>
  </w:style>
  <w:style w:type="paragraph" w:styleId="Nadpisobsahu">
    <w:name w:val="TOC Heading"/>
    <w:basedOn w:val="Nadpis1"/>
    <w:next w:val="Normln"/>
    <w:uiPriority w:val="39"/>
    <w:semiHidden/>
    <w:unhideWhenUsed/>
    <w:qFormat/>
    <w:rsid w:val="00FC693F"/>
    <w:pPr>
      <w:outlineLvl w:val="9"/>
    </w:pPr>
  </w:style>
  <w:style w:type="table" w:styleId="Mkatabulky">
    <w:name w:val="Table Grid"/>
    <w:basedOn w:val="Normlntabulk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tlstnovn">
    <w:name w:val="Light Shading"/>
    <w:basedOn w:val="Normlntabulk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tlstnovnzvraznn1">
    <w:name w:val="Light Shading Accent 1"/>
    <w:basedOn w:val="Normlntabulk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tlstnovnzvraznn2">
    <w:name w:val="Light Shading Accent 2"/>
    <w:basedOn w:val="Normlntabulk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tlstnovnzvraznn3">
    <w:name w:val="Light Shading Accent 3"/>
    <w:basedOn w:val="Normlntabulk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tlstnovnzvraznn4">
    <w:name w:val="Light Shading Accent 4"/>
    <w:basedOn w:val="Normlntabulk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tlstnovnzvraznn5">
    <w:name w:val="Light Shading Accent 5"/>
    <w:basedOn w:val="Normlntabulk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tlstnovnzvraznn6">
    <w:name w:val="Light Shading Accent 6"/>
    <w:basedOn w:val="Normlntabulk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tlseznam">
    <w:name w:val="Light List"/>
    <w:basedOn w:val="Normlntabulk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tlseznamzvraznn1">
    <w:name w:val="Light List Accent 1"/>
    <w:basedOn w:val="Normlntabulk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tlseznamzvraznn2">
    <w:name w:val="Light List Accent 2"/>
    <w:basedOn w:val="Normlntabulk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tlseznamzvraznn3">
    <w:name w:val="Light List Accent 3"/>
    <w:basedOn w:val="Normlntabulk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tlseznamzvraznn4">
    <w:name w:val="Light List Accent 4"/>
    <w:basedOn w:val="Normlntabulk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vtlseznamzvraznn5">
    <w:name w:val="Light List Accent 5"/>
    <w:basedOn w:val="Normlntabulk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vtlseznamzvraznn6">
    <w:name w:val="Light List Accent 6"/>
    <w:basedOn w:val="Normlntabulk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vtlmka">
    <w:name w:val="Light Grid"/>
    <w:basedOn w:val="Normlntabulk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tlmkazvraznn1">
    <w:name w:val="Light Grid Accent 1"/>
    <w:basedOn w:val="Normlntabulk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vtlmkazvraznn2">
    <w:name w:val="Light Grid Accent 2"/>
    <w:basedOn w:val="Normlntabulk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vtlmkazvraznn3">
    <w:name w:val="Light Grid Accent 3"/>
    <w:basedOn w:val="Normlntabulk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tlmkazvraznn4">
    <w:name w:val="Light Grid Accent 4"/>
    <w:basedOn w:val="Normlntabulk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vtlmkazvraznn5">
    <w:name w:val="Light Grid Accent 5"/>
    <w:basedOn w:val="Normlntabulk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vtlmkazvraznn6">
    <w:name w:val="Light Grid Accent 6"/>
    <w:basedOn w:val="Normlntabulk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tednstnovn1">
    <w:name w:val="Medium Shading 1"/>
    <w:basedOn w:val="Normlntabulk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tednstnovn1zvraznn1">
    <w:name w:val="Medium Shading 1 Accent 1"/>
    <w:basedOn w:val="Normlntabulk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tednstnovn1zvraznn2">
    <w:name w:val="Medium Shading 1 Accent 2"/>
    <w:basedOn w:val="Normlntabulk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tednstnovn1zvraznn3">
    <w:name w:val="Medium Shading 1 Accent 3"/>
    <w:basedOn w:val="Normlntabulk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tednstnovn1zvraznn4">
    <w:name w:val="Medium Shading 1 Accent 4"/>
    <w:basedOn w:val="Normlntabulk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tednstnovn1zvraznn5">
    <w:name w:val="Medium Shading 1 Accent 5"/>
    <w:basedOn w:val="Normlntabulk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tednstnovn1zvraznn6">
    <w:name w:val="Medium Shading 1 Accent 6"/>
    <w:basedOn w:val="Normlntabulk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tednstnovn2">
    <w:name w:val="Medium Shading 2"/>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1">
    <w:name w:val="Medium Shading 2 Accent 1"/>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2">
    <w:name w:val="Medium Shading 2 Accent 2"/>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3">
    <w:name w:val="Medium Shading 2 Accent 3"/>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4">
    <w:name w:val="Medium Shading 2 Accent 4"/>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5">
    <w:name w:val="Medium Shading 2 Accent 5"/>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6">
    <w:name w:val="Medium Shading 2 Accent 6"/>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eznam1">
    <w:name w:val="Medium List 1"/>
    <w:basedOn w:val="Normlntabulk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tednseznam1zvraznn1">
    <w:name w:val="Medium List 1 Accent 1"/>
    <w:basedOn w:val="Normlntabulk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tednseznam1zvraznn2">
    <w:name w:val="Medium List 1 Accent 2"/>
    <w:basedOn w:val="Normlntabulk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tednseznam1zvraznn3">
    <w:name w:val="Medium List 1 Accent 3"/>
    <w:basedOn w:val="Normlntabulk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tednseznam1zvraznn4">
    <w:name w:val="Medium List 1 Accent 4"/>
    <w:basedOn w:val="Normlntabulk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tednseznam1zvraznn5">
    <w:name w:val="Medium List 1 Accent 5"/>
    <w:basedOn w:val="Normlntabulk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tednseznam1zvraznn6">
    <w:name w:val="Medium List 1 Accent 6"/>
    <w:basedOn w:val="Normlntabulk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Stednseznam2">
    <w:name w:val="Medium List 2"/>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1">
    <w:name w:val="Medium List 2 Accent 1"/>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2">
    <w:name w:val="Medium List 2 Accent 2"/>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3">
    <w:name w:val="Medium List 2 Accent 3"/>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4">
    <w:name w:val="Medium List 2 Accent 4"/>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5">
    <w:name w:val="Medium List 2 Accent 5"/>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6">
    <w:name w:val="Medium List 2 Accent 6"/>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tednmka1">
    <w:name w:val="Medium Grid 1"/>
    <w:basedOn w:val="Normlntabulk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tednmka1zvraznn1">
    <w:name w:val="Medium Grid 1 Accent 1"/>
    <w:basedOn w:val="Normlntabulk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tednmka1zvraznn2">
    <w:name w:val="Medium Grid 1 Accent 2"/>
    <w:basedOn w:val="Normlntabulk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tednmka1zvraznn3">
    <w:name w:val="Medium Grid 1 Accent 3"/>
    <w:basedOn w:val="Normlntabulk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tednmka1zvraznn4">
    <w:name w:val="Medium Grid 1 Accent 4"/>
    <w:basedOn w:val="Normlntabulk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tednmka1zvraznn5">
    <w:name w:val="Medium Grid 1 Accent 5"/>
    <w:basedOn w:val="Normlntabulk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tednmka1zvraznn6">
    <w:name w:val="Medium Grid 1 Accent 6"/>
    <w:basedOn w:val="Normlntabulk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tednmka2">
    <w:name w:val="Medium Grid 2"/>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tednmka2zvraznn1">
    <w:name w:val="Medium Grid 2 Accent 1"/>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tednmka2zvraznn2">
    <w:name w:val="Medium Grid 2 Accent 2"/>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Stednmka2zvraznn3">
    <w:name w:val="Medium Grid 2 Accent 3"/>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Stednmka2zvraznn4">
    <w:name w:val="Medium Grid 2 Accent 4"/>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Stednmka2zvraznn5">
    <w:name w:val="Medium Grid 2 Accent 5"/>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tednmka2zvraznn6">
    <w:name w:val="Medium Grid 2 Accent 6"/>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Stednmka3">
    <w:name w:val="Medium Grid 3"/>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tednmka3zvraznn1">
    <w:name w:val="Medium Grid 3 Accent 1"/>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tednmka3zvraznn2">
    <w:name w:val="Medium Grid 3 Accent 2"/>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tednmka3zvraznn3">
    <w:name w:val="Medium Grid 3 Accent 3"/>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Stednmka3zvraznn4">
    <w:name w:val="Medium Grid 3 Accent 4"/>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Stednmka3zvraznn5">
    <w:name w:val="Medium Grid 3 Accent 5"/>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tednmka3zvraznn6">
    <w:name w:val="Medium Grid 3 Accent 6"/>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mavseznam">
    <w:name w:val="Dark List"/>
    <w:basedOn w:val="Normlntabulk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mavseznamzvraznn1">
    <w:name w:val="Dark List Accent 1"/>
    <w:basedOn w:val="Normlntabulk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mavseznamzvraznn2">
    <w:name w:val="Dark List Accent 2"/>
    <w:basedOn w:val="Normlntabulk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mavseznamzvraznn3">
    <w:name w:val="Dark List Accent 3"/>
    <w:basedOn w:val="Normlntabulk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mavseznamzvraznn4">
    <w:name w:val="Dark List Accent 4"/>
    <w:basedOn w:val="Normlntabulk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mavseznamzvraznn5">
    <w:name w:val="Dark List Accent 5"/>
    <w:basedOn w:val="Normlntabulk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mavseznamzvraznn6">
    <w:name w:val="Dark List Accent 6"/>
    <w:basedOn w:val="Normlntabulk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Barevnstnovn">
    <w:name w:val="Colorful Shading"/>
    <w:basedOn w:val="Normlntabul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Barevnstnovnzvraznn1">
    <w:name w:val="Colorful Shading Accent 1"/>
    <w:basedOn w:val="Normlntabul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Barevnstnovnzvraznn2">
    <w:name w:val="Colorful Shading Accent 2"/>
    <w:basedOn w:val="Normlntabul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Barevnstnovnzvraznn3">
    <w:name w:val="Colorful Shading Accent 3"/>
    <w:basedOn w:val="Normlntabulk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Barevnstnovnzvraznn4">
    <w:name w:val="Colorful Shading Accent 4"/>
    <w:basedOn w:val="Normlntabulk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Barevnstnovnzvraznn5">
    <w:name w:val="Colorful Shading Accent 5"/>
    <w:basedOn w:val="Normlntabulk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Barevnstnovnzvraznn6">
    <w:name w:val="Colorful Shading Accent 6"/>
    <w:basedOn w:val="Normlntabulk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Barevnseznam">
    <w:name w:val="Colorful List"/>
    <w:basedOn w:val="Normlntabulk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Barevnseznamzvraznn1">
    <w:name w:val="Colorful List Accent 1"/>
    <w:basedOn w:val="Normlntabulk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Barevnseznamzvraznn2">
    <w:name w:val="Colorful List Accent 2"/>
    <w:basedOn w:val="Normlntabulk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Barevnseznamzvraznn3">
    <w:name w:val="Colorful List Accent 3"/>
    <w:basedOn w:val="Normlntabulk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Barevnseznamzvraznn4">
    <w:name w:val="Colorful List Accent 4"/>
    <w:basedOn w:val="Normlntabulk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Barevnseznamzvraznn5">
    <w:name w:val="Colorful List Accent 5"/>
    <w:basedOn w:val="Normlntabulk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Barevnseznamzvraznn6">
    <w:name w:val="Colorful List Accent 6"/>
    <w:basedOn w:val="Normlntabulk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Barevnmka">
    <w:name w:val="Colorful Grid"/>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Barevnmkazvraznn1">
    <w:name w:val="Colorful Grid Accent 1"/>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Barevnmkazvraznn2">
    <w:name w:val="Colorful Grid Accent 2"/>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Barevnmkazvraznn3">
    <w:name w:val="Colorful Grid Accent 3"/>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Barevnmkazvraznn4">
    <w:name w:val="Colorful Grid Accent 4"/>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Barevnmkazvraznn5">
    <w:name w:val="Colorful Grid Accent 5"/>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Barevnmkazvraznn6">
    <w:name w:val="Colorful Grid Accent 6"/>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Zstupntext">
    <w:name w:val="Placeholder Text"/>
    <w:basedOn w:val="Standardnpsmoodstavce"/>
    <w:uiPriority w:val="99"/>
    <w:semiHidden/>
    <w:rsid w:val="00A31EF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Obecné"/>
          <w:gallery w:val="placeholder"/>
        </w:category>
        <w:types>
          <w:type w:val="bbPlcHdr"/>
        </w:types>
        <w:behaviors>
          <w:behavior w:val="content"/>
        </w:behaviors>
        <w:guid w:val="{B2BD2898-B56D-4781-A757-9FC364A6A192}"/>
      </w:docPartPr>
      <w:docPartBody>
        <w:p w:rsidR="006028C3" w:rsidRDefault="007E361C">
          <w:r w:rsidRPr="00DB3F06">
            <w:rPr>
              <w:rStyle w:val="Zstupntext"/>
            </w:rPr>
            <w:t>Klikněte nebo klepněte sem a zadejte text.</w:t>
          </w:r>
        </w:p>
      </w:docPartBody>
    </w:docPart>
    <w:docPart>
      <w:docPartPr>
        <w:name w:val="37052212F6DC43E285BB775A6525D9BD"/>
        <w:category>
          <w:name w:val="Obecné"/>
          <w:gallery w:val="placeholder"/>
        </w:category>
        <w:types>
          <w:type w:val="bbPlcHdr"/>
        </w:types>
        <w:behaviors>
          <w:behavior w:val="content"/>
        </w:behaviors>
        <w:guid w:val="{4A153AE8-F562-40E2-BC0A-F99F63E71E08}"/>
      </w:docPartPr>
      <w:docPartBody>
        <w:p w:rsidR="006028C3" w:rsidRDefault="007E361C" w:rsidP="007E361C">
          <w:pPr>
            <w:pStyle w:val="37052212F6DC43E285BB775A6525D9BD"/>
          </w:pPr>
          <w:r w:rsidRPr="00DB3F06">
            <w:rPr>
              <w:rStyle w:val="Zstupntext"/>
            </w:rPr>
            <w:t>Klikněte nebo klepněte sem a zadejte text.</w:t>
          </w:r>
        </w:p>
      </w:docPartBody>
    </w:docPart>
    <w:docPart>
      <w:docPartPr>
        <w:name w:val="4687D7F7F1A741C3AACAA299879C3C9C"/>
        <w:category>
          <w:name w:val="Obecné"/>
          <w:gallery w:val="placeholder"/>
        </w:category>
        <w:types>
          <w:type w:val="bbPlcHdr"/>
        </w:types>
        <w:behaviors>
          <w:behavior w:val="content"/>
        </w:behaviors>
        <w:guid w:val="{CE787727-524D-48E8-B3A2-4E7899036B7D}"/>
      </w:docPartPr>
      <w:docPartBody>
        <w:p w:rsidR="006028C3" w:rsidRDefault="007E361C" w:rsidP="007E361C">
          <w:pPr>
            <w:pStyle w:val="4687D7F7F1A741C3AACAA299879C3C9C"/>
          </w:pPr>
          <w:r w:rsidRPr="00DB3F06">
            <w:rPr>
              <w:rStyle w:val="Zstupntext"/>
            </w:rPr>
            <w:t>Klikněte nebo klepněte sem a zadejte text.</w:t>
          </w:r>
        </w:p>
      </w:docPartBody>
    </w:docPart>
    <w:docPart>
      <w:docPartPr>
        <w:name w:val="D9A912F9EF064EAE80E9C124D82D3A27"/>
        <w:category>
          <w:name w:val="Obecné"/>
          <w:gallery w:val="placeholder"/>
        </w:category>
        <w:types>
          <w:type w:val="bbPlcHdr"/>
        </w:types>
        <w:behaviors>
          <w:behavior w:val="content"/>
        </w:behaviors>
        <w:guid w:val="{0EE0FF84-8D54-4740-AF05-54E46111E926}"/>
      </w:docPartPr>
      <w:docPartBody>
        <w:p w:rsidR="006028C3" w:rsidRDefault="007E361C" w:rsidP="007E361C">
          <w:pPr>
            <w:pStyle w:val="D9A912F9EF064EAE80E9C124D82D3A27"/>
          </w:pPr>
          <w:r w:rsidRPr="00DB3F06">
            <w:rPr>
              <w:rStyle w:val="Zstupntext"/>
            </w:rPr>
            <w:t>Klikněte nebo klepněte sem a zadejte text.</w:t>
          </w:r>
        </w:p>
      </w:docPartBody>
    </w:docPart>
    <w:docPart>
      <w:docPartPr>
        <w:name w:val="09165F04379A41E2B2229E67465830C8"/>
        <w:category>
          <w:name w:val="Obecné"/>
          <w:gallery w:val="placeholder"/>
        </w:category>
        <w:types>
          <w:type w:val="bbPlcHdr"/>
        </w:types>
        <w:behaviors>
          <w:behavior w:val="content"/>
        </w:behaviors>
        <w:guid w:val="{8BA5325D-6E02-41E2-8BE4-981FE2AAEC99}"/>
      </w:docPartPr>
      <w:docPartBody>
        <w:p w:rsidR="006028C3" w:rsidRDefault="007E361C" w:rsidP="007E361C">
          <w:pPr>
            <w:pStyle w:val="09165F04379A41E2B2229E67465830C8"/>
          </w:pPr>
          <w:r w:rsidRPr="00DB3F06">
            <w:rPr>
              <w:rStyle w:val="Zstupntext"/>
            </w:rPr>
            <w:t>Klikněte nebo klepněte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61C"/>
    <w:rsid w:val="006028C3"/>
    <w:rsid w:val="00622983"/>
    <w:rsid w:val="007E361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7E361C"/>
    <w:rPr>
      <w:color w:val="666666"/>
    </w:rPr>
  </w:style>
  <w:style w:type="paragraph" w:customStyle="1" w:styleId="37052212F6DC43E285BB775A6525D9BD">
    <w:name w:val="37052212F6DC43E285BB775A6525D9BD"/>
    <w:rsid w:val="007E361C"/>
  </w:style>
  <w:style w:type="paragraph" w:customStyle="1" w:styleId="4687D7F7F1A741C3AACAA299879C3C9C">
    <w:name w:val="4687D7F7F1A741C3AACAA299879C3C9C"/>
    <w:rsid w:val="007E361C"/>
  </w:style>
  <w:style w:type="paragraph" w:customStyle="1" w:styleId="D9A912F9EF064EAE80E9C124D82D3A27">
    <w:name w:val="D9A912F9EF064EAE80E9C124D82D3A27"/>
    <w:rsid w:val="007E361C"/>
  </w:style>
  <w:style w:type="paragraph" w:customStyle="1" w:styleId="09165F04379A41E2B2229E67465830C8">
    <w:name w:val="09165F04379A41E2B2229E67465830C8"/>
    <w:rsid w:val="007E36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562</Words>
  <Characters>3913</Characters>
  <Application>Microsoft Office Word</Application>
  <DocSecurity>0</DocSecurity>
  <Lines>170</Lines>
  <Paragraphs>127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4348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Novotná Zdeňka Mgr.</dc:creator>
  <cp:keywords/>
  <dc:description>generated by python-docx</dc:description>
  <cp:lastModifiedBy>Novotná Zdeňka Mgr.</cp:lastModifiedBy>
  <cp:revision>5</cp:revision>
  <dcterms:created xsi:type="dcterms:W3CDTF">2026-07-03T20:32:00Z</dcterms:created>
  <dcterms:modified xsi:type="dcterms:W3CDTF">2026-07-03T20:42:00Z</dcterms:modified>
  <cp:category/>
</cp:coreProperties>
</file>